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E306D" w14:textId="0EA33A85" w:rsidR="00E30C12" w:rsidRDefault="00000000">
      <w:pPr>
        <w:pStyle w:val="Title"/>
      </w:pPr>
      <w:r>
        <w:t>Python</w:t>
      </w:r>
      <w:r w:rsidR="003A4230">
        <w:t xml:space="preserve"> Introduction</w:t>
      </w:r>
    </w:p>
    <w:p w14:paraId="0CB49FBD" w14:textId="7A167964" w:rsidR="00E30C12" w:rsidRDefault="00000000">
      <w:pPr>
        <w:pStyle w:val="Subtitle"/>
        <w:rPr>
          <w:b/>
          <w:bCs/>
        </w:rPr>
      </w:pPr>
      <w:r w:rsidRPr="003A4230">
        <w:rPr>
          <w:b/>
          <w:bCs/>
        </w:rPr>
        <w:t xml:space="preserve">Python for </w:t>
      </w:r>
      <w:r w:rsidR="003A4230" w:rsidRPr="003A4230">
        <w:rPr>
          <w:b/>
          <w:bCs/>
        </w:rPr>
        <w:t xml:space="preserve">Developers, </w:t>
      </w:r>
      <w:r w:rsidRPr="003A4230">
        <w:rPr>
          <w:b/>
          <w:bCs/>
        </w:rPr>
        <w:t>Data Analysts &amp; Data Engineers</w:t>
      </w:r>
    </w:p>
    <w:p w14:paraId="29D44F4F" w14:textId="77777777" w:rsidR="00E30C12" w:rsidRDefault="00000000">
      <w:pPr>
        <w:pStyle w:val="Heading1"/>
      </w:pPr>
      <w:r>
        <w:t>1. What is Python?</w:t>
      </w:r>
    </w:p>
    <w:p w14:paraId="50F3438B" w14:textId="2E469113" w:rsidR="00E30C12" w:rsidRDefault="00000000" w:rsidP="003A4230">
      <w:pPr>
        <w:jc w:val="both"/>
        <w:rPr>
          <w:rFonts w:asciiTheme="majorHAnsi" w:hAnsiTheme="majorHAnsi" w:cstheme="majorHAnsi"/>
          <w:sz w:val="24"/>
          <w:szCs w:val="28"/>
        </w:rPr>
      </w:pPr>
      <w:r w:rsidRPr="003A4230">
        <w:rPr>
          <w:rFonts w:asciiTheme="majorHAnsi" w:hAnsiTheme="majorHAnsi" w:cstheme="majorHAnsi"/>
          <w:sz w:val="24"/>
          <w:szCs w:val="28"/>
        </w:rPr>
        <w:t xml:space="preserve">Python is a high-level, general-purpose programming language known for readable syntax and a large ecosystem of libraries. A Python program is a set of instructions that a computer runs to solve a problem. </w:t>
      </w:r>
      <w:r w:rsidR="007F2F10">
        <w:rPr>
          <w:rFonts w:asciiTheme="majorHAnsi" w:hAnsiTheme="majorHAnsi" w:cstheme="majorHAnsi"/>
          <w:sz w:val="24"/>
          <w:szCs w:val="28"/>
        </w:rPr>
        <w:t xml:space="preserve"> </w:t>
      </w:r>
    </w:p>
    <w:p w14:paraId="7E9D2BEC" w14:textId="0A44B53C" w:rsidR="007F2F10" w:rsidRPr="00A60103" w:rsidRDefault="007F2F10" w:rsidP="007F2F10">
      <w:pPr>
        <w:jc w:val="both"/>
        <w:rPr>
          <w:rFonts w:asciiTheme="majorHAnsi" w:hAnsiTheme="majorHAnsi" w:cstheme="majorHAnsi"/>
          <w:sz w:val="24"/>
          <w:szCs w:val="28"/>
          <w:lang w:val="en-IN"/>
        </w:rPr>
      </w:pPr>
      <w:r w:rsidRPr="00A60103">
        <w:rPr>
          <w:rFonts w:asciiTheme="majorHAnsi" w:hAnsiTheme="majorHAnsi" w:cstheme="majorHAnsi"/>
          <w:sz w:val="24"/>
          <w:szCs w:val="28"/>
          <w:lang w:val="en-IN"/>
        </w:rPr>
        <w:t>Python is general-purpose programming language widely used for software development, data analytics, data engineering, automation, artificial intelligence (AI), and machine learning (ML).</w:t>
      </w:r>
    </w:p>
    <w:p w14:paraId="3FAB9030" w14:textId="4F97AF04" w:rsidR="007F2F10" w:rsidRDefault="007F2F10" w:rsidP="007F2F10">
      <w:pPr>
        <w:pStyle w:val="Heading1"/>
      </w:pPr>
      <w:r>
        <w:t>2. History of Python</w:t>
      </w:r>
      <w:r>
        <w:t>?</w:t>
      </w:r>
    </w:p>
    <w:p w14:paraId="0DA79BD3" w14:textId="7929A294" w:rsidR="007F2F10" w:rsidRPr="007F2F10" w:rsidRDefault="007F2F10" w:rsidP="007F2F10">
      <w:pPr>
        <w:rPr>
          <w:rFonts w:asciiTheme="majorHAnsi" w:hAnsiTheme="majorHAnsi" w:cstheme="majorHAnsi"/>
          <w:sz w:val="24"/>
          <w:szCs w:val="28"/>
        </w:rPr>
      </w:pPr>
      <w:r w:rsidRPr="007F2F10">
        <w:rPr>
          <w:rFonts w:asciiTheme="majorHAnsi" w:hAnsiTheme="majorHAnsi" w:cstheme="majorHAnsi"/>
          <w:sz w:val="24"/>
          <w:szCs w:val="28"/>
        </w:rPr>
        <w:t>Python was created in 1989 to make programming simple. Today, it has evolved into one of the most important programming languages for Data Analysts, Data Engineers, Cloud Engineers, and AI Engineers</w:t>
      </w:r>
    </w:p>
    <w:tbl>
      <w:tblPr>
        <w:tblStyle w:val="TableGrid"/>
        <w:tblW w:w="9180" w:type="dxa"/>
        <w:tblLook w:val="04A0" w:firstRow="1" w:lastRow="0" w:firstColumn="1" w:lastColumn="0" w:noHBand="0" w:noVBand="1"/>
      </w:tblPr>
      <w:tblGrid>
        <w:gridCol w:w="3546"/>
        <w:gridCol w:w="5634"/>
      </w:tblGrid>
      <w:tr w:rsidR="00A60103" w14:paraId="12438000" w14:textId="77777777" w:rsidTr="00A60103">
        <w:tc>
          <w:tcPr>
            <w:tcW w:w="3546" w:type="dxa"/>
          </w:tcPr>
          <w:p w14:paraId="30A89CB9" w14:textId="1E20D187" w:rsidR="00A60103" w:rsidRDefault="00A60103" w:rsidP="003A4230">
            <w:pPr>
              <w:jc w:val="both"/>
              <w:rPr>
                <w:rFonts w:asciiTheme="majorHAnsi" w:hAnsiTheme="majorHAnsi" w:cstheme="majorHAnsi"/>
                <w:sz w:val="24"/>
                <w:szCs w:val="28"/>
                <w:lang w:val="en-IN"/>
              </w:rPr>
            </w:pPr>
            <w:r>
              <w:rPr>
                <w:noProof/>
              </w:rPr>
              <w:drawing>
                <wp:inline distT="0" distB="0" distL="0" distR="0" wp14:anchorId="6C12DEAA" wp14:editId="2AF5098F">
                  <wp:extent cx="2111287" cy="1688541"/>
                  <wp:effectExtent l="0" t="0" r="3810" b="6985"/>
                  <wp:docPr id="2063029656" name="Picture 5" descr="Guido van Rossum - Brief 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uido van Rossum - Brief Bi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2119416" cy="1695042"/>
                          </a:xfrm>
                          <a:prstGeom prst="rect">
                            <a:avLst/>
                          </a:prstGeom>
                          <a:noFill/>
                          <a:ln>
                            <a:noFill/>
                          </a:ln>
                        </pic:spPr>
                      </pic:pic>
                    </a:graphicData>
                  </a:graphic>
                </wp:inline>
              </w:drawing>
            </w:r>
          </w:p>
        </w:tc>
        <w:tc>
          <w:tcPr>
            <w:tcW w:w="5634" w:type="dxa"/>
          </w:tcPr>
          <w:p w14:paraId="68281536" w14:textId="77777777" w:rsidR="00A60103" w:rsidRDefault="00A60103" w:rsidP="00A60103">
            <w:pPr>
              <w:pStyle w:val="NoSpacing"/>
              <w:rPr>
                <w:b/>
                <w:bCs/>
                <w:lang w:val="en-IN"/>
              </w:rPr>
            </w:pPr>
          </w:p>
          <w:p w14:paraId="11819542" w14:textId="77777777" w:rsidR="00A60103" w:rsidRPr="00A60103" w:rsidRDefault="00A60103" w:rsidP="00A60103">
            <w:pPr>
              <w:pStyle w:val="NoSpacing"/>
              <w:rPr>
                <w:b/>
                <w:bCs/>
                <w:sz w:val="14"/>
                <w:szCs w:val="14"/>
                <w:lang w:val="en-IN"/>
              </w:rPr>
            </w:pPr>
          </w:p>
          <w:p w14:paraId="6FA576D2" w14:textId="714E693C" w:rsidR="00A60103" w:rsidRPr="00A60103" w:rsidRDefault="00A60103" w:rsidP="00A60103">
            <w:pPr>
              <w:pStyle w:val="NoSpacing"/>
              <w:rPr>
                <w:b/>
                <w:bCs/>
                <w:lang w:val="en-IN"/>
              </w:rPr>
            </w:pPr>
            <w:r w:rsidRPr="00A60103">
              <w:rPr>
                <w:b/>
                <w:bCs/>
                <w:lang w:val="en-IN"/>
              </w:rPr>
              <w:t>Creator: Guido van Rossum</w:t>
            </w:r>
          </w:p>
          <w:p w14:paraId="39CC51D9" w14:textId="77777777" w:rsidR="00A60103" w:rsidRPr="00A60103" w:rsidRDefault="00A60103" w:rsidP="00A60103">
            <w:pPr>
              <w:pStyle w:val="NoSpacing"/>
              <w:rPr>
                <w:lang w:val="en-IN"/>
              </w:rPr>
            </w:pPr>
            <w:r w:rsidRPr="00A60103">
              <w:rPr>
                <w:b/>
                <w:bCs/>
                <w:lang w:val="en-IN"/>
              </w:rPr>
              <w:t>Country</w:t>
            </w:r>
            <w:r w:rsidRPr="00A60103">
              <w:rPr>
                <w:lang w:val="en-IN"/>
              </w:rPr>
              <w:t>: Netherlands</w:t>
            </w:r>
          </w:p>
          <w:p w14:paraId="6E6CB989" w14:textId="77777777" w:rsidR="00A60103" w:rsidRPr="00A60103" w:rsidRDefault="00A60103" w:rsidP="00A60103">
            <w:pPr>
              <w:pStyle w:val="NoSpacing"/>
              <w:rPr>
                <w:lang w:val="en-IN"/>
              </w:rPr>
            </w:pPr>
            <w:r w:rsidRPr="00A60103">
              <w:rPr>
                <w:b/>
                <w:bCs/>
                <w:lang w:val="en-IN"/>
              </w:rPr>
              <w:t>Development</w:t>
            </w:r>
            <w:r w:rsidRPr="00A60103">
              <w:rPr>
                <w:lang w:val="en-IN"/>
              </w:rPr>
              <w:t xml:space="preserve"> </w:t>
            </w:r>
            <w:r w:rsidRPr="00A60103">
              <w:rPr>
                <w:b/>
                <w:bCs/>
                <w:lang w:val="en-IN"/>
              </w:rPr>
              <w:t>Started</w:t>
            </w:r>
            <w:r w:rsidRPr="00A60103">
              <w:rPr>
                <w:lang w:val="en-IN"/>
              </w:rPr>
              <w:t>: December 1989</w:t>
            </w:r>
          </w:p>
          <w:p w14:paraId="5C16B674" w14:textId="77777777" w:rsidR="00A60103" w:rsidRPr="00A60103" w:rsidRDefault="00A60103" w:rsidP="00A60103">
            <w:pPr>
              <w:pStyle w:val="NoSpacing"/>
              <w:rPr>
                <w:lang w:val="en-IN"/>
              </w:rPr>
            </w:pPr>
            <w:r w:rsidRPr="00A60103">
              <w:rPr>
                <w:b/>
                <w:bCs/>
                <w:lang w:val="en-IN"/>
              </w:rPr>
              <w:t>First Release</w:t>
            </w:r>
            <w:r w:rsidRPr="00A60103">
              <w:rPr>
                <w:lang w:val="en-IN"/>
              </w:rPr>
              <w:t>: February 1991</w:t>
            </w:r>
          </w:p>
          <w:p w14:paraId="6E625961" w14:textId="19A2D1B1" w:rsidR="00A60103" w:rsidRPr="00A60103" w:rsidRDefault="00A60103" w:rsidP="00A60103">
            <w:pPr>
              <w:pStyle w:val="NoSpacing"/>
              <w:rPr>
                <w:lang w:val="en-IN"/>
              </w:rPr>
            </w:pPr>
            <w:r w:rsidRPr="00A60103">
              <w:rPr>
                <w:b/>
                <w:bCs/>
                <w:lang w:val="en-IN"/>
              </w:rPr>
              <w:t>Organizatio</w:t>
            </w:r>
            <w:r w:rsidRPr="00A60103">
              <w:rPr>
                <w:lang w:val="en-IN"/>
              </w:rPr>
              <w:t xml:space="preserve">n: Centrum </w:t>
            </w:r>
            <w:proofErr w:type="spellStart"/>
            <w:r w:rsidRPr="00A60103">
              <w:rPr>
                <w:lang w:val="en-IN"/>
              </w:rPr>
              <w:t>Wiskunde</w:t>
            </w:r>
            <w:proofErr w:type="spellEnd"/>
            <w:r w:rsidRPr="00A60103">
              <w:rPr>
                <w:lang w:val="en-IN"/>
              </w:rPr>
              <w:t xml:space="preserve"> &amp; Informatica (CWI)</w:t>
            </w:r>
          </w:p>
          <w:p w14:paraId="3F08B236" w14:textId="77777777" w:rsidR="00A60103" w:rsidRDefault="00A60103" w:rsidP="00A60103">
            <w:pPr>
              <w:pStyle w:val="NoSpacing"/>
              <w:rPr>
                <w:lang w:val="en-IN"/>
              </w:rPr>
            </w:pPr>
            <w:r w:rsidRPr="00A60103">
              <w:rPr>
                <w:b/>
                <w:bCs/>
                <w:lang w:val="en-IN"/>
              </w:rPr>
              <w:t>Name Inspired By</w:t>
            </w:r>
            <w:r w:rsidRPr="00A60103">
              <w:rPr>
                <w:lang w:val="en-IN"/>
              </w:rPr>
              <w:t xml:space="preserve">: Monty Python's Flying Circus, </w:t>
            </w:r>
          </w:p>
          <w:p w14:paraId="4E0BC4E4" w14:textId="15BE4278" w:rsidR="00A60103" w:rsidRPr="00A60103" w:rsidRDefault="00A60103" w:rsidP="00A60103">
            <w:pPr>
              <w:pStyle w:val="NoSpacing"/>
              <w:rPr>
                <w:lang w:val="en-IN"/>
              </w:rPr>
            </w:pPr>
            <w:r w:rsidRPr="00A60103">
              <w:rPr>
                <w:lang w:val="en-IN"/>
              </w:rPr>
              <w:t>a British comedy television show.</w:t>
            </w:r>
          </w:p>
          <w:p w14:paraId="4F913FA5" w14:textId="77777777" w:rsidR="00A60103" w:rsidRDefault="00A60103" w:rsidP="00A60103">
            <w:pPr>
              <w:pStyle w:val="NoSpacing"/>
              <w:rPr>
                <w:lang w:val="en-IN"/>
              </w:rPr>
            </w:pPr>
          </w:p>
        </w:tc>
      </w:tr>
    </w:tbl>
    <w:p w14:paraId="4A41D8E7" w14:textId="77777777" w:rsidR="00A60103" w:rsidRDefault="00A60103" w:rsidP="003A4230">
      <w:pPr>
        <w:jc w:val="both"/>
        <w:rPr>
          <w:rFonts w:asciiTheme="majorHAnsi" w:hAnsiTheme="majorHAnsi" w:cstheme="majorHAnsi"/>
          <w:sz w:val="24"/>
          <w:szCs w:val="28"/>
          <w:lang w:val="en-IN"/>
        </w:rPr>
      </w:pPr>
    </w:p>
    <w:p w14:paraId="3EE94FCE" w14:textId="77777777" w:rsidR="002D20BF" w:rsidRPr="002D20BF" w:rsidRDefault="002D20BF" w:rsidP="002D20BF">
      <w:pPr>
        <w:jc w:val="both"/>
        <w:rPr>
          <w:rFonts w:asciiTheme="majorHAnsi" w:hAnsiTheme="majorHAnsi" w:cstheme="majorHAnsi"/>
          <w:b/>
          <w:bCs/>
          <w:sz w:val="24"/>
          <w:szCs w:val="28"/>
          <w:lang w:val="en-IN"/>
        </w:rPr>
      </w:pPr>
      <w:r w:rsidRPr="002D20BF">
        <w:rPr>
          <w:rFonts w:asciiTheme="majorHAnsi" w:hAnsiTheme="majorHAnsi" w:cstheme="majorHAnsi"/>
          <w:b/>
          <w:bCs/>
          <w:sz w:val="24"/>
          <w:szCs w:val="28"/>
          <w:lang w:val="en-IN"/>
        </w:rPr>
        <w:t>Python Evolution – Important Milestones</w:t>
      </w:r>
    </w:p>
    <w:tbl>
      <w:tblPr>
        <w:tblW w:w="983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06"/>
        <w:gridCol w:w="8930"/>
      </w:tblGrid>
      <w:tr w:rsidR="002D20BF" w:rsidRPr="002D20BF" w14:paraId="6139E228" w14:textId="77777777" w:rsidTr="004E5A6A">
        <w:trPr>
          <w:tblCellSpacing w:w="15" w:type="dxa"/>
        </w:trPr>
        <w:tc>
          <w:tcPr>
            <w:tcW w:w="861" w:type="dxa"/>
            <w:shd w:val="clear" w:color="auto" w:fill="FFFF00"/>
            <w:vAlign w:val="center"/>
            <w:hideMark/>
          </w:tcPr>
          <w:p w14:paraId="17A76C0D" w14:textId="77777777" w:rsidR="002D20BF" w:rsidRPr="002D20BF" w:rsidRDefault="002D20BF" w:rsidP="004E5A6A">
            <w:pPr>
              <w:jc w:val="center"/>
              <w:rPr>
                <w:rFonts w:asciiTheme="majorHAnsi" w:hAnsiTheme="majorHAnsi" w:cstheme="majorHAnsi"/>
                <w:b/>
                <w:bCs/>
                <w:sz w:val="24"/>
                <w:szCs w:val="28"/>
                <w:lang w:val="en-IN"/>
              </w:rPr>
            </w:pPr>
            <w:r w:rsidRPr="002D20BF">
              <w:rPr>
                <w:rFonts w:asciiTheme="majorHAnsi" w:hAnsiTheme="majorHAnsi" w:cstheme="majorHAnsi"/>
                <w:b/>
                <w:bCs/>
                <w:sz w:val="24"/>
                <w:szCs w:val="28"/>
                <w:lang w:val="en-IN"/>
              </w:rPr>
              <w:t>Year</w:t>
            </w:r>
          </w:p>
        </w:tc>
        <w:tc>
          <w:tcPr>
            <w:tcW w:w="8885" w:type="dxa"/>
            <w:shd w:val="clear" w:color="auto" w:fill="FFFF00"/>
            <w:vAlign w:val="center"/>
            <w:hideMark/>
          </w:tcPr>
          <w:p w14:paraId="0CE8FCE0" w14:textId="77777777" w:rsidR="002D20BF" w:rsidRPr="002D20BF" w:rsidRDefault="002D20BF" w:rsidP="004E5A6A">
            <w:pPr>
              <w:jc w:val="center"/>
              <w:rPr>
                <w:rFonts w:asciiTheme="majorHAnsi" w:hAnsiTheme="majorHAnsi" w:cstheme="majorHAnsi"/>
                <w:b/>
                <w:bCs/>
                <w:sz w:val="24"/>
                <w:szCs w:val="28"/>
                <w:lang w:val="en-IN"/>
              </w:rPr>
            </w:pPr>
            <w:r w:rsidRPr="002D20BF">
              <w:rPr>
                <w:rFonts w:asciiTheme="majorHAnsi" w:hAnsiTheme="majorHAnsi" w:cstheme="majorHAnsi"/>
                <w:b/>
                <w:bCs/>
                <w:sz w:val="24"/>
                <w:szCs w:val="28"/>
                <w:lang w:val="en-IN"/>
              </w:rPr>
              <w:t>Milestone</w:t>
            </w:r>
          </w:p>
        </w:tc>
      </w:tr>
      <w:tr w:rsidR="002D20BF" w:rsidRPr="002D20BF" w14:paraId="3D02FEB3" w14:textId="77777777" w:rsidTr="002D20BF">
        <w:trPr>
          <w:tblCellSpacing w:w="15" w:type="dxa"/>
        </w:trPr>
        <w:tc>
          <w:tcPr>
            <w:tcW w:w="861" w:type="dxa"/>
            <w:vAlign w:val="center"/>
            <w:hideMark/>
          </w:tcPr>
          <w:p w14:paraId="04A60EFF" w14:textId="77777777" w:rsidR="002D20BF" w:rsidRPr="002D20BF" w:rsidRDefault="002D20BF" w:rsidP="002D20BF">
            <w:pPr>
              <w:jc w:val="both"/>
              <w:rPr>
                <w:rFonts w:asciiTheme="majorHAnsi" w:hAnsiTheme="majorHAnsi" w:cstheme="majorHAnsi"/>
                <w:sz w:val="24"/>
                <w:szCs w:val="28"/>
                <w:lang w:val="en-IN"/>
              </w:rPr>
            </w:pPr>
            <w:r w:rsidRPr="002D20BF">
              <w:rPr>
                <w:rFonts w:asciiTheme="majorHAnsi" w:hAnsiTheme="majorHAnsi" w:cstheme="majorHAnsi"/>
                <w:sz w:val="24"/>
                <w:szCs w:val="28"/>
                <w:lang w:val="en-IN"/>
              </w:rPr>
              <w:t>1989</w:t>
            </w:r>
          </w:p>
        </w:tc>
        <w:tc>
          <w:tcPr>
            <w:tcW w:w="8885" w:type="dxa"/>
            <w:vAlign w:val="center"/>
            <w:hideMark/>
          </w:tcPr>
          <w:p w14:paraId="719A06C7" w14:textId="643852DA" w:rsidR="002D20BF" w:rsidRPr="002D20BF" w:rsidRDefault="002D20BF" w:rsidP="002D20BF">
            <w:pPr>
              <w:jc w:val="both"/>
              <w:rPr>
                <w:rFonts w:asciiTheme="majorHAnsi" w:hAnsiTheme="majorHAnsi" w:cstheme="majorHAnsi"/>
                <w:sz w:val="24"/>
                <w:szCs w:val="28"/>
                <w:lang w:val="en-IN"/>
              </w:rPr>
            </w:pPr>
            <w:r w:rsidRPr="002D20BF">
              <w:rPr>
                <w:rFonts w:asciiTheme="majorHAnsi" w:hAnsiTheme="majorHAnsi" w:cstheme="majorHAnsi"/>
                <w:sz w:val="24"/>
                <w:szCs w:val="28"/>
                <w:lang w:val="en-IN"/>
              </w:rPr>
              <w:t>Guido van Rossum developing Python as a successor to the ABC programming language.</w:t>
            </w:r>
          </w:p>
        </w:tc>
      </w:tr>
      <w:tr w:rsidR="002D20BF" w:rsidRPr="002D20BF" w14:paraId="343AEDBD" w14:textId="77777777" w:rsidTr="002D20BF">
        <w:trPr>
          <w:tblCellSpacing w:w="15" w:type="dxa"/>
        </w:trPr>
        <w:tc>
          <w:tcPr>
            <w:tcW w:w="861" w:type="dxa"/>
            <w:vAlign w:val="center"/>
            <w:hideMark/>
          </w:tcPr>
          <w:p w14:paraId="4092EECE" w14:textId="77777777" w:rsidR="002D20BF" w:rsidRPr="002D20BF" w:rsidRDefault="002D20BF" w:rsidP="002D20BF">
            <w:pPr>
              <w:jc w:val="both"/>
              <w:rPr>
                <w:rFonts w:asciiTheme="majorHAnsi" w:hAnsiTheme="majorHAnsi" w:cstheme="majorHAnsi"/>
                <w:sz w:val="24"/>
                <w:szCs w:val="28"/>
                <w:lang w:val="en-IN"/>
              </w:rPr>
            </w:pPr>
            <w:r w:rsidRPr="002D20BF">
              <w:rPr>
                <w:rFonts w:asciiTheme="majorHAnsi" w:hAnsiTheme="majorHAnsi" w:cstheme="majorHAnsi"/>
                <w:sz w:val="24"/>
                <w:szCs w:val="28"/>
                <w:lang w:val="en-IN"/>
              </w:rPr>
              <w:t>1994</w:t>
            </w:r>
          </w:p>
        </w:tc>
        <w:tc>
          <w:tcPr>
            <w:tcW w:w="8885" w:type="dxa"/>
            <w:vAlign w:val="center"/>
            <w:hideMark/>
          </w:tcPr>
          <w:p w14:paraId="5FE02010" w14:textId="77777777" w:rsidR="002D20BF" w:rsidRPr="002D20BF" w:rsidRDefault="002D20BF" w:rsidP="002D20BF">
            <w:pPr>
              <w:jc w:val="both"/>
              <w:rPr>
                <w:rFonts w:asciiTheme="majorHAnsi" w:hAnsiTheme="majorHAnsi" w:cstheme="majorHAnsi"/>
                <w:sz w:val="24"/>
                <w:szCs w:val="28"/>
                <w:lang w:val="en-IN"/>
              </w:rPr>
            </w:pPr>
            <w:r w:rsidRPr="002D20BF">
              <w:rPr>
                <w:rFonts w:asciiTheme="majorHAnsi" w:hAnsiTheme="majorHAnsi" w:cstheme="majorHAnsi"/>
                <w:sz w:val="24"/>
                <w:szCs w:val="28"/>
                <w:lang w:val="en-IN"/>
              </w:rPr>
              <w:t>Python 1.0 was released.</w:t>
            </w:r>
          </w:p>
        </w:tc>
      </w:tr>
      <w:tr w:rsidR="002D20BF" w:rsidRPr="002D20BF" w14:paraId="444D8C76" w14:textId="77777777" w:rsidTr="002D20BF">
        <w:trPr>
          <w:tblCellSpacing w:w="15" w:type="dxa"/>
        </w:trPr>
        <w:tc>
          <w:tcPr>
            <w:tcW w:w="861" w:type="dxa"/>
            <w:vAlign w:val="center"/>
            <w:hideMark/>
          </w:tcPr>
          <w:p w14:paraId="42DF4069" w14:textId="77777777" w:rsidR="002D20BF" w:rsidRPr="002D20BF" w:rsidRDefault="002D20BF" w:rsidP="002D20BF">
            <w:pPr>
              <w:jc w:val="both"/>
              <w:rPr>
                <w:rFonts w:asciiTheme="majorHAnsi" w:hAnsiTheme="majorHAnsi" w:cstheme="majorHAnsi"/>
                <w:sz w:val="24"/>
                <w:szCs w:val="28"/>
                <w:lang w:val="en-IN"/>
              </w:rPr>
            </w:pPr>
            <w:r w:rsidRPr="002D20BF">
              <w:rPr>
                <w:rFonts w:asciiTheme="majorHAnsi" w:hAnsiTheme="majorHAnsi" w:cstheme="majorHAnsi"/>
                <w:sz w:val="24"/>
                <w:szCs w:val="28"/>
                <w:lang w:val="en-IN"/>
              </w:rPr>
              <w:t>2001</w:t>
            </w:r>
          </w:p>
        </w:tc>
        <w:tc>
          <w:tcPr>
            <w:tcW w:w="8885" w:type="dxa"/>
            <w:vAlign w:val="center"/>
            <w:hideMark/>
          </w:tcPr>
          <w:p w14:paraId="09B6C919" w14:textId="77777777" w:rsidR="002D20BF" w:rsidRPr="002D20BF" w:rsidRDefault="002D20BF" w:rsidP="002D20BF">
            <w:pPr>
              <w:jc w:val="both"/>
              <w:rPr>
                <w:rFonts w:asciiTheme="majorHAnsi" w:hAnsiTheme="majorHAnsi" w:cstheme="majorHAnsi"/>
                <w:sz w:val="24"/>
                <w:szCs w:val="28"/>
                <w:lang w:val="en-IN"/>
              </w:rPr>
            </w:pPr>
            <w:r w:rsidRPr="002D20BF">
              <w:rPr>
                <w:rFonts w:asciiTheme="majorHAnsi" w:hAnsiTheme="majorHAnsi" w:cstheme="majorHAnsi"/>
                <w:sz w:val="24"/>
                <w:szCs w:val="28"/>
                <w:lang w:val="en-IN"/>
              </w:rPr>
              <w:t>Python Software Foundation (PSF) was established.</w:t>
            </w:r>
          </w:p>
        </w:tc>
      </w:tr>
      <w:tr w:rsidR="002D20BF" w:rsidRPr="002D20BF" w14:paraId="0820B1F8" w14:textId="77777777" w:rsidTr="00B355D5">
        <w:trPr>
          <w:tblCellSpacing w:w="15" w:type="dxa"/>
        </w:trPr>
        <w:tc>
          <w:tcPr>
            <w:tcW w:w="861" w:type="dxa"/>
            <w:shd w:val="clear" w:color="auto" w:fill="FFC000"/>
            <w:vAlign w:val="center"/>
            <w:hideMark/>
          </w:tcPr>
          <w:p w14:paraId="6E127689" w14:textId="77777777" w:rsidR="002D20BF" w:rsidRPr="002D20BF" w:rsidRDefault="002D20BF" w:rsidP="002D20BF">
            <w:pPr>
              <w:jc w:val="both"/>
              <w:rPr>
                <w:rFonts w:asciiTheme="majorHAnsi" w:hAnsiTheme="majorHAnsi" w:cstheme="majorHAnsi"/>
                <w:sz w:val="24"/>
                <w:szCs w:val="28"/>
                <w:lang w:val="en-IN"/>
              </w:rPr>
            </w:pPr>
            <w:r w:rsidRPr="002D20BF">
              <w:rPr>
                <w:rFonts w:asciiTheme="majorHAnsi" w:hAnsiTheme="majorHAnsi" w:cstheme="majorHAnsi"/>
                <w:sz w:val="24"/>
                <w:szCs w:val="28"/>
                <w:lang w:val="en-IN"/>
              </w:rPr>
              <w:t>2008</w:t>
            </w:r>
          </w:p>
        </w:tc>
        <w:tc>
          <w:tcPr>
            <w:tcW w:w="8885" w:type="dxa"/>
            <w:shd w:val="clear" w:color="auto" w:fill="FFC000"/>
            <w:vAlign w:val="center"/>
            <w:hideMark/>
          </w:tcPr>
          <w:p w14:paraId="555A66A5" w14:textId="77777777" w:rsidR="002D20BF" w:rsidRPr="002D20BF" w:rsidRDefault="002D20BF" w:rsidP="002D20BF">
            <w:pPr>
              <w:jc w:val="both"/>
              <w:rPr>
                <w:rFonts w:asciiTheme="majorHAnsi" w:hAnsiTheme="majorHAnsi" w:cstheme="majorHAnsi"/>
                <w:sz w:val="24"/>
                <w:szCs w:val="28"/>
                <w:lang w:val="en-IN"/>
              </w:rPr>
            </w:pPr>
            <w:r w:rsidRPr="002D20BF">
              <w:rPr>
                <w:rFonts w:asciiTheme="majorHAnsi" w:hAnsiTheme="majorHAnsi" w:cstheme="majorHAnsi"/>
                <w:sz w:val="24"/>
                <w:szCs w:val="28"/>
                <w:lang w:val="en-IN"/>
              </w:rPr>
              <w:t>Python 3.0 was released with major improvements and language changes.</w:t>
            </w:r>
          </w:p>
        </w:tc>
      </w:tr>
      <w:tr w:rsidR="002D20BF" w:rsidRPr="002D20BF" w14:paraId="7D70504D" w14:textId="77777777" w:rsidTr="002D20BF">
        <w:trPr>
          <w:tblCellSpacing w:w="15" w:type="dxa"/>
        </w:trPr>
        <w:tc>
          <w:tcPr>
            <w:tcW w:w="861" w:type="dxa"/>
            <w:vAlign w:val="center"/>
            <w:hideMark/>
          </w:tcPr>
          <w:p w14:paraId="69582B64" w14:textId="77777777" w:rsidR="002D20BF" w:rsidRPr="002D20BF" w:rsidRDefault="002D20BF" w:rsidP="002D20BF">
            <w:pPr>
              <w:jc w:val="both"/>
              <w:rPr>
                <w:rFonts w:asciiTheme="majorHAnsi" w:hAnsiTheme="majorHAnsi" w:cstheme="majorHAnsi"/>
                <w:sz w:val="24"/>
                <w:szCs w:val="28"/>
                <w:lang w:val="en-IN"/>
              </w:rPr>
            </w:pPr>
            <w:r w:rsidRPr="002D20BF">
              <w:rPr>
                <w:rFonts w:asciiTheme="majorHAnsi" w:hAnsiTheme="majorHAnsi" w:cstheme="majorHAnsi"/>
                <w:sz w:val="24"/>
                <w:szCs w:val="28"/>
                <w:lang w:val="en-IN"/>
              </w:rPr>
              <w:t>2010s</w:t>
            </w:r>
          </w:p>
        </w:tc>
        <w:tc>
          <w:tcPr>
            <w:tcW w:w="8885" w:type="dxa"/>
            <w:vAlign w:val="center"/>
            <w:hideMark/>
          </w:tcPr>
          <w:p w14:paraId="76859349" w14:textId="77777777" w:rsidR="002D20BF" w:rsidRPr="002D20BF" w:rsidRDefault="002D20BF" w:rsidP="002D20BF">
            <w:pPr>
              <w:jc w:val="both"/>
              <w:rPr>
                <w:rFonts w:asciiTheme="majorHAnsi" w:hAnsiTheme="majorHAnsi" w:cstheme="majorHAnsi"/>
                <w:sz w:val="24"/>
                <w:szCs w:val="28"/>
                <w:lang w:val="en-IN"/>
              </w:rPr>
            </w:pPr>
            <w:r w:rsidRPr="002D20BF">
              <w:rPr>
                <w:rFonts w:asciiTheme="majorHAnsi" w:hAnsiTheme="majorHAnsi" w:cstheme="majorHAnsi"/>
                <w:sz w:val="24"/>
                <w:szCs w:val="28"/>
                <w:lang w:val="en-IN"/>
              </w:rPr>
              <w:t>Python became increasingly popular in Data Science, AI, ML, and Big Data.</w:t>
            </w:r>
          </w:p>
        </w:tc>
      </w:tr>
      <w:tr w:rsidR="002D20BF" w:rsidRPr="002D20BF" w14:paraId="1FC97164" w14:textId="77777777" w:rsidTr="002D20BF">
        <w:trPr>
          <w:tblCellSpacing w:w="15" w:type="dxa"/>
        </w:trPr>
        <w:tc>
          <w:tcPr>
            <w:tcW w:w="861" w:type="dxa"/>
            <w:vAlign w:val="center"/>
            <w:hideMark/>
          </w:tcPr>
          <w:p w14:paraId="460A7C18" w14:textId="77777777" w:rsidR="002D20BF" w:rsidRPr="002D20BF" w:rsidRDefault="002D20BF" w:rsidP="002D20BF">
            <w:pPr>
              <w:jc w:val="both"/>
              <w:rPr>
                <w:rFonts w:asciiTheme="majorHAnsi" w:hAnsiTheme="majorHAnsi" w:cstheme="majorHAnsi"/>
                <w:sz w:val="24"/>
                <w:szCs w:val="28"/>
                <w:lang w:val="en-IN"/>
              </w:rPr>
            </w:pPr>
            <w:r w:rsidRPr="002D20BF">
              <w:rPr>
                <w:rFonts w:asciiTheme="majorHAnsi" w:hAnsiTheme="majorHAnsi" w:cstheme="majorHAnsi"/>
                <w:sz w:val="24"/>
                <w:szCs w:val="28"/>
                <w:lang w:val="en-IN"/>
              </w:rPr>
              <w:t>2020s</w:t>
            </w:r>
          </w:p>
        </w:tc>
        <w:tc>
          <w:tcPr>
            <w:tcW w:w="8885" w:type="dxa"/>
            <w:vAlign w:val="center"/>
            <w:hideMark/>
          </w:tcPr>
          <w:p w14:paraId="1B4777BE" w14:textId="656EBEF5" w:rsidR="002D20BF" w:rsidRPr="002D20BF" w:rsidRDefault="002D20BF" w:rsidP="002D20BF">
            <w:pPr>
              <w:jc w:val="both"/>
              <w:rPr>
                <w:rFonts w:asciiTheme="majorHAnsi" w:hAnsiTheme="majorHAnsi" w:cstheme="majorHAnsi"/>
                <w:sz w:val="24"/>
                <w:szCs w:val="28"/>
                <w:lang w:val="en-IN"/>
              </w:rPr>
            </w:pPr>
            <w:r w:rsidRPr="002D20BF">
              <w:rPr>
                <w:rFonts w:asciiTheme="majorHAnsi" w:hAnsiTheme="majorHAnsi" w:cstheme="majorHAnsi"/>
                <w:sz w:val="24"/>
                <w:szCs w:val="28"/>
                <w:lang w:val="en-IN"/>
              </w:rPr>
              <w:t>Python became central to cloud data engineering, automation, AI, and analytics platforms.</w:t>
            </w:r>
          </w:p>
        </w:tc>
      </w:tr>
    </w:tbl>
    <w:p w14:paraId="646ED78D" w14:textId="77777777" w:rsidR="002D20BF" w:rsidRPr="00A60103" w:rsidRDefault="002D20BF" w:rsidP="003A4230">
      <w:pPr>
        <w:jc w:val="both"/>
        <w:rPr>
          <w:rFonts w:asciiTheme="majorHAnsi" w:hAnsiTheme="majorHAnsi" w:cstheme="majorHAnsi"/>
          <w:sz w:val="24"/>
          <w:szCs w:val="28"/>
          <w:lang w:val="en-IN"/>
        </w:rPr>
      </w:pPr>
    </w:p>
    <w:p w14:paraId="2F863A19" w14:textId="77777777" w:rsidR="00AC2FEA" w:rsidRPr="00AC2FEA" w:rsidRDefault="00AC2FEA" w:rsidP="00AC2FEA">
      <w:pPr>
        <w:pStyle w:val="NoSpacing"/>
        <w:rPr>
          <w:b/>
          <w:bCs/>
          <w:sz w:val="24"/>
          <w:szCs w:val="24"/>
          <w:lang w:val="en-IN" w:eastAsia="en-IN"/>
        </w:rPr>
      </w:pPr>
      <w:r w:rsidRPr="00AC2FEA">
        <w:rPr>
          <w:b/>
          <w:bCs/>
          <w:sz w:val="24"/>
          <w:szCs w:val="24"/>
          <w:lang w:val="en-IN" w:eastAsia="en-IN"/>
        </w:rPr>
        <w:t>Why Was Python Developed?</w:t>
      </w:r>
    </w:p>
    <w:p w14:paraId="4B6F9E7C" w14:textId="7F2BC3B7" w:rsidR="00AC2FEA" w:rsidRPr="00AC2FEA" w:rsidRDefault="00AC2FEA" w:rsidP="00AC2FEA">
      <w:pPr>
        <w:pStyle w:val="NoSpacing"/>
        <w:rPr>
          <w:sz w:val="24"/>
          <w:szCs w:val="24"/>
          <w:lang w:val="en-IN" w:eastAsia="en-IN"/>
        </w:rPr>
      </w:pPr>
      <w:r>
        <w:rPr>
          <w:sz w:val="24"/>
          <w:szCs w:val="24"/>
          <w:lang w:val="en-IN" w:eastAsia="en-IN"/>
        </w:rPr>
        <w:t xml:space="preserve">Mr. </w:t>
      </w:r>
      <w:r w:rsidRPr="00AC2FEA">
        <w:rPr>
          <w:sz w:val="24"/>
          <w:szCs w:val="24"/>
          <w:lang w:val="en-IN" w:eastAsia="en-IN"/>
        </w:rPr>
        <w:t>Guido van Rossum wanted a programming language that was:</w:t>
      </w:r>
    </w:p>
    <w:p w14:paraId="141FC6E1" w14:textId="77777777" w:rsidR="00AC2FEA" w:rsidRPr="00AC2FEA" w:rsidRDefault="00AC2FEA" w:rsidP="00AC2FEA">
      <w:pPr>
        <w:pStyle w:val="NoSpacing"/>
        <w:numPr>
          <w:ilvl w:val="0"/>
          <w:numId w:val="11"/>
        </w:numPr>
        <w:rPr>
          <w:sz w:val="24"/>
          <w:szCs w:val="24"/>
          <w:lang w:val="en-IN" w:eastAsia="en-IN"/>
        </w:rPr>
      </w:pPr>
      <w:r w:rsidRPr="00AC2FEA">
        <w:rPr>
          <w:sz w:val="24"/>
          <w:szCs w:val="24"/>
          <w:lang w:val="en-IN" w:eastAsia="en-IN"/>
        </w:rPr>
        <w:t>Easy to learn: Simple syntax similar to English.</w:t>
      </w:r>
    </w:p>
    <w:p w14:paraId="221D5253" w14:textId="77777777" w:rsidR="00AC2FEA" w:rsidRPr="00AC2FEA" w:rsidRDefault="00AC2FEA" w:rsidP="00AC2FEA">
      <w:pPr>
        <w:pStyle w:val="NoSpacing"/>
        <w:numPr>
          <w:ilvl w:val="0"/>
          <w:numId w:val="11"/>
        </w:numPr>
        <w:rPr>
          <w:sz w:val="24"/>
          <w:szCs w:val="24"/>
          <w:lang w:val="en-IN" w:eastAsia="en-IN"/>
        </w:rPr>
      </w:pPr>
      <w:r w:rsidRPr="00AC2FEA">
        <w:rPr>
          <w:sz w:val="24"/>
          <w:szCs w:val="24"/>
          <w:lang w:val="en-IN" w:eastAsia="en-IN"/>
        </w:rPr>
        <w:t>Easy to read: Clean, understandable programs.</w:t>
      </w:r>
    </w:p>
    <w:p w14:paraId="59EBF08D" w14:textId="77777777" w:rsidR="00AC2FEA" w:rsidRPr="00AC2FEA" w:rsidRDefault="00AC2FEA" w:rsidP="00AC2FEA">
      <w:pPr>
        <w:pStyle w:val="NoSpacing"/>
        <w:numPr>
          <w:ilvl w:val="0"/>
          <w:numId w:val="11"/>
        </w:numPr>
        <w:rPr>
          <w:sz w:val="24"/>
          <w:szCs w:val="24"/>
          <w:lang w:val="en-IN" w:eastAsia="en-IN"/>
        </w:rPr>
      </w:pPr>
      <w:r w:rsidRPr="00AC2FEA">
        <w:rPr>
          <w:sz w:val="24"/>
          <w:szCs w:val="24"/>
          <w:lang w:val="en-IN" w:eastAsia="en-IN"/>
        </w:rPr>
        <w:t>Productive: Accomplish tasks using fewer lines of code.</w:t>
      </w:r>
    </w:p>
    <w:p w14:paraId="4B78261E" w14:textId="77777777" w:rsidR="00AC2FEA" w:rsidRPr="00AC2FEA" w:rsidRDefault="00AC2FEA" w:rsidP="00AC2FEA">
      <w:pPr>
        <w:pStyle w:val="NoSpacing"/>
        <w:numPr>
          <w:ilvl w:val="0"/>
          <w:numId w:val="11"/>
        </w:numPr>
        <w:rPr>
          <w:sz w:val="24"/>
          <w:szCs w:val="24"/>
          <w:lang w:val="en-IN" w:eastAsia="en-IN"/>
        </w:rPr>
      </w:pPr>
      <w:r w:rsidRPr="00AC2FEA">
        <w:rPr>
          <w:sz w:val="24"/>
          <w:szCs w:val="24"/>
          <w:lang w:val="en-IN" w:eastAsia="en-IN"/>
        </w:rPr>
        <w:t>Flexible: Suitable for small scripts and large applications.</w:t>
      </w:r>
    </w:p>
    <w:p w14:paraId="5B5B1F05" w14:textId="77777777" w:rsidR="00AC2FEA" w:rsidRPr="00AC2FEA" w:rsidRDefault="00AC2FEA" w:rsidP="00AC2FEA">
      <w:pPr>
        <w:pStyle w:val="NoSpacing"/>
        <w:numPr>
          <w:ilvl w:val="0"/>
          <w:numId w:val="11"/>
        </w:numPr>
        <w:rPr>
          <w:sz w:val="24"/>
          <w:szCs w:val="24"/>
          <w:lang w:val="en-IN" w:eastAsia="en-IN"/>
        </w:rPr>
      </w:pPr>
      <w:r w:rsidRPr="00AC2FEA">
        <w:rPr>
          <w:sz w:val="24"/>
          <w:szCs w:val="24"/>
          <w:lang w:val="en-IN" w:eastAsia="en-IN"/>
        </w:rPr>
        <w:t>Extensible: Integrates with other languages and technologies.</w:t>
      </w:r>
    </w:p>
    <w:p w14:paraId="51C1DFA7" w14:textId="77777777" w:rsidR="00AC2FEA" w:rsidRDefault="00AC2FEA" w:rsidP="00AC2FEA">
      <w:pPr>
        <w:pStyle w:val="NoSpacing"/>
        <w:numPr>
          <w:ilvl w:val="0"/>
          <w:numId w:val="11"/>
        </w:numPr>
        <w:rPr>
          <w:sz w:val="24"/>
          <w:szCs w:val="24"/>
          <w:lang w:val="en-IN" w:eastAsia="en-IN"/>
        </w:rPr>
      </w:pPr>
      <w:r w:rsidRPr="00AC2FEA">
        <w:rPr>
          <w:sz w:val="24"/>
          <w:szCs w:val="24"/>
          <w:lang w:val="en-IN" w:eastAsia="en-IN"/>
        </w:rPr>
        <w:t>Cross-platform: Runs on Windows, Linux, and macOS.</w:t>
      </w:r>
    </w:p>
    <w:p w14:paraId="0F735C97" w14:textId="3F1B5A0C" w:rsidR="00AC2FEA" w:rsidRPr="007F2F10" w:rsidRDefault="007F2F10" w:rsidP="007F2F10">
      <w:pPr>
        <w:pStyle w:val="Heading1"/>
      </w:pPr>
      <w:r w:rsidRPr="007F2F10">
        <w:t xml:space="preserve">3. </w:t>
      </w:r>
      <w:r w:rsidR="00CD4ECF" w:rsidRPr="007F2F10">
        <w:t xml:space="preserve">How </w:t>
      </w:r>
      <w:proofErr w:type="gramStart"/>
      <w:r w:rsidR="00CD4ECF" w:rsidRPr="007F2F10">
        <w:t>Python became</w:t>
      </w:r>
      <w:proofErr w:type="gramEnd"/>
      <w:r w:rsidR="00CD4ECF" w:rsidRPr="007F2F10">
        <w:t xml:space="preserve"> part of our daily Job?</w:t>
      </w:r>
    </w:p>
    <w:p w14:paraId="61466450" w14:textId="696CFF03" w:rsidR="00CD4ECF" w:rsidRPr="00AC2FEA" w:rsidRDefault="00CD4ECF" w:rsidP="00AC2FEA">
      <w:pPr>
        <w:pStyle w:val="NoSpacing"/>
        <w:rPr>
          <w:sz w:val="24"/>
          <w:szCs w:val="24"/>
          <w:lang w:val="en-IN" w:eastAsia="en-IN"/>
        </w:rPr>
      </w:pPr>
      <w:r w:rsidRPr="00CD4ECF">
        <w:rPr>
          <w:sz w:val="24"/>
          <w:szCs w:val="24"/>
          <w:lang w:val="en-IN" w:eastAsia="en-IN"/>
        </w:rPr>
        <w:drawing>
          <wp:inline distT="0" distB="0" distL="0" distR="0" wp14:anchorId="157FFFAB" wp14:editId="572E8EA5">
            <wp:extent cx="5914341" cy="1126541"/>
            <wp:effectExtent l="0" t="0" r="0" b="0"/>
            <wp:docPr id="1009569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69780" name=""/>
                    <pic:cNvPicPr/>
                  </pic:nvPicPr>
                  <pic:blipFill>
                    <a:blip r:embed="rId9"/>
                    <a:stretch>
                      <a:fillRect/>
                    </a:stretch>
                  </pic:blipFill>
                  <pic:spPr>
                    <a:xfrm>
                      <a:off x="0" y="0"/>
                      <a:ext cx="5943810" cy="1132154"/>
                    </a:xfrm>
                    <a:prstGeom prst="rect">
                      <a:avLst/>
                    </a:prstGeom>
                  </pic:spPr>
                </pic:pic>
              </a:graphicData>
            </a:graphic>
          </wp:inline>
        </w:drawing>
      </w:r>
    </w:p>
    <w:p w14:paraId="7DDE4E1C" w14:textId="77777777" w:rsidR="00A60103" w:rsidRDefault="00A60103" w:rsidP="003A4230">
      <w:pPr>
        <w:jc w:val="both"/>
        <w:rPr>
          <w:rFonts w:asciiTheme="majorHAnsi" w:hAnsiTheme="majorHAnsi" w:cstheme="majorHAnsi"/>
          <w:sz w:val="24"/>
          <w:szCs w:val="28"/>
        </w:rPr>
      </w:pPr>
    </w:p>
    <w:p w14:paraId="29968099" w14:textId="35E276EB" w:rsidR="00D82630" w:rsidRDefault="00D82630" w:rsidP="003A4230">
      <w:pPr>
        <w:jc w:val="both"/>
        <w:rPr>
          <w:rFonts w:asciiTheme="majorHAnsi" w:hAnsiTheme="majorHAnsi" w:cstheme="majorHAnsi"/>
          <w:sz w:val="24"/>
          <w:szCs w:val="28"/>
        </w:rPr>
      </w:pPr>
      <w:r>
        <w:rPr>
          <w:rFonts w:asciiTheme="majorHAnsi" w:hAnsiTheme="majorHAnsi" w:cstheme="majorHAnsi"/>
          <w:noProof/>
          <w:sz w:val="24"/>
          <w:szCs w:val="28"/>
        </w:rPr>
        <w:drawing>
          <wp:inline distT="0" distB="0" distL="0" distR="0" wp14:anchorId="2CF2959E" wp14:editId="4C2D9BD7">
            <wp:extent cx="5746509" cy="3234131"/>
            <wp:effectExtent l="0" t="0" r="6985" b="4445"/>
            <wp:docPr id="1249515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74793" cy="3250049"/>
                    </a:xfrm>
                    <a:prstGeom prst="rect">
                      <a:avLst/>
                    </a:prstGeom>
                    <a:noFill/>
                  </pic:spPr>
                </pic:pic>
              </a:graphicData>
            </a:graphic>
          </wp:inline>
        </w:drawing>
      </w:r>
    </w:p>
    <w:p w14:paraId="6E0D3E7D" w14:textId="21266502" w:rsidR="00227FE3" w:rsidRPr="007F2F10" w:rsidRDefault="001B2B92" w:rsidP="001B2B92">
      <w:pPr>
        <w:rPr>
          <w:rFonts w:asciiTheme="majorHAnsi" w:hAnsiTheme="majorHAnsi" w:cstheme="majorHAnsi"/>
          <w:b/>
          <w:bCs/>
          <w:sz w:val="28"/>
          <w:szCs w:val="32"/>
        </w:rPr>
      </w:pPr>
      <w:r w:rsidRPr="007F2F10">
        <w:rPr>
          <w:rFonts w:asciiTheme="majorHAnsi" w:hAnsiTheme="majorHAnsi" w:cstheme="majorHAnsi"/>
          <w:b/>
          <w:bCs/>
          <w:sz w:val="22"/>
          <w:szCs w:val="24"/>
        </w:rPr>
        <w:t>Python is the common skill; Azure, Fabric, Databricks and Snowflake give us different execution and orchestration environments.</w:t>
      </w:r>
    </w:p>
    <w:p w14:paraId="5626354E" w14:textId="4A36CC02" w:rsidR="008552D8" w:rsidRPr="007F2F10" w:rsidRDefault="007F2F10" w:rsidP="007F2F10">
      <w:pPr>
        <w:pStyle w:val="Heading1"/>
      </w:pPr>
      <w:r>
        <w:t xml:space="preserve">4. Where is </w:t>
      </w:r>
      <w:r w:rsidR="008552D8" w:rsidRPr="007F2F10">
        <w:t xml:space="preserve">Python extensively </w:t>
      </w:r>
      <w:r>
        <w:t>Used?</w:t>
      </w:r>
    </w:p>
    <w:p w14:paraId="12D7C748" w14:textId="77777777" w:rsidR="008552D8" w:rsidRPr="00F624E8" w:rsidRDefault="008552D8" w:rsidP="008552D8">
      <w:pPr>
        <w:pStyle w:val="NoSpacing"/>
        <w:numPr>
          <w:ilvl w:val="0"/>
          <w:numId w:val="13"/>
        </w:numPr>
        <w:rPr>
          <w:lang w:val="en-IN" w:eastAsia="en-IN"/>
        </w:rPr>
      </w:pPr>
      <w:r w:rsidRPr="00F624E8">
        <w:rPr>
          <w:b/>
          <w:bCs/>
          <w:lang w:val="en-IN" w:eastAsia="en-IN"/>
        </w:rPr>
        <w:t>Microsoft Azure:</w:t>
      </w:r>
      <w:r w:rsidRPr="00F624E8">
        <w:rPr>
          <w:lang w:val="en-IN" w:eastAsia="en-IN"/>
        </w:rPr>
        <w:t xml:space="preserve"> Cloud automation, data integration, and data engineering.</w:t>
      </w:r>
    </w:p>
    <w:p w14:paraId="7B04D5BE" w14:textId="77777777" w:rsidR="008552D8" w:rsidRPr="00F624E8" w:rsidRDefault="008552D8" w:rsidP="008552D8">
      <w:pPr>
        <w:pStyle w:val="NoSpacing"/>
        <w:numPr>
          <w:ilvl w:val="0"/>
          <w:numId w:val="13"/>
        </w:numPr>
        <w:rPr>
          <w:lang w:val="en-IN" w:eastAsia="en-IN"/>
        </w:rPr>
      </w:pPr>
      <w:r w:rsidRPr="00F624E8">
        <w:rPr>
          <w:b/>
          <w:bCs/>
          <w:lang w:val="en-IN" w:eastAsia="en-IN"/>
        </w:rPr>
        <w:t>Microsoft Fabric</w:t>
      </w:r>
      <w:r w:rsidRPr="00F624E8">
        <w:rPr>
          <w:lang w:val="en-IN" w:eastAsia="en-IN"/>
        </w:rPr>
        <w:t>: Python notebooks, PySpark</w:t>
      </w:r>
      <w:r>
        <w:rPr>
          <w:lang w:val="en-IN" w:eastAsia="en-IN"/>
        </w:rPr>
        <w:t xml:space="preserve"> </w:t>
      </w:r>
      <w:r w:rsidRPr="00F624E8">
        <w:rPr>
          <w:lang w:val="en-IN" w:eastAsia="en-IN"/>
        </w:rPr>
        <w:t>transformations and analytics.</w:t>
      </w:r>
    </w:p>
    <w:p w14:paraId="0388C9E5" w14:textId="77777777" w:rsidR="008552D8" w:rsidRPr="00F624E8" w:rsidRDefault="008552D8" w:rsidP="008552D8">
      <w:pPr>
        <w:pStyle w:val="NoSpacing"/>
        <w:numPr>
          <w:ilvl w:val="0"/>
          <w:numId w:val="13"/>
        </w:numPr>
        <w:rPr>
          <w:lang w:val="en-IN" w:eastAsia="en-IN"/>
        </w:rPr>
      </w:pPr>
      <w:r w:rsidRPr="00F624E8">
        <w:rPr>
          <w:b/>
          <w:bCs/>
          <w:lang w:val="en-IN" w:eastAsia="en-IN"/>
        </w:rPr>
        <w:t>Databricks:</w:t>
      </w:r>
      <w:r w:rsidRPr="00F624E8">
        <w:rPr>
          <w:lang w:val="en-IN" w:eastAsia="en-IN"/>
        </w:rPr>
        <w:t xml:space="preserve"> Distributed data processing, Delta Lake, ETL and machine learning.</w:t>
      </w:r>
    </w:p>
    <w:p w14:paraId="31B61103" w14:textId="77777777" w:rsidR="008552D8" w:rsidRPr="00F624E8" w:rsidRDefault="008552D8" w:rsidP="008552D8">
      <w:pPr>
        <w:pStyle w:val="NoSpacing"/>
        <w:numPr>
          <w:ilvl w:val="0"/>
          <w:numId w:val="13"/>
        </w:numPr>
        <w:rPr>
          <w:lang w:val="en-IN" w:eastAsia="en-IN"/>
        </w:rPr>
      </w:pPr>
      <w:r w:rsidRPr="00F624E8">
        <w:rPr>
          <w:b/>
          <w:bCs/>
          <w:lang w:val="en-IN" w:eastAsia="en-IN"/>
        </w:rPr>
        <w:t>Snowflake:</w:t>
      </w:r>
      <w:r w:rsidRPr="00F624E8">
        <w:rPr>
          <w:lang w:val="en-IN" w:eastAsia="en-IN"/>
        </w:rPr>
        <w:t xml:space="preserve"> Snowpark Python, data transformations and stored procedures.</w:t>
      </w:r>
    </w:p>
    <w:p w14:paraId="79D4073A" w14:textId="77777777" w:rsidR="008552D8" w:rsidRDefault="008552D8" w:rsidP="003A4230">
      <w:pPr>
        <w:jc w:val="both"/>
        <w:rPr>
          <w:rFonts w:asciiTheme="majorHAnsi" w:hAnsiTheme="majorHAnsi" w:cstheme="majorHAnsi"/>
          <w:sz w:val="24"/>
          <w:szCs w:val="28"/>
          <w:lang w:val="en-IN"/>
        </w:rPr>
      </w:pPr>
    </w:p>
    <w:p w14:paraId="0502C263" w14:textId="17979476" w:rsidR="008552D8" w:rsidRPr="008552D8" w:rsidRDefault="008552D8" w:rsidP="003A4230">
      <w:pPr>
        <w:jc w:val="both"/>
        <w:rPr>
          <w:rFonts w:asciiTheme="majorHAnsi" w:hAnsiTheme="majorHAnsi" w:cstheme="majorHAnsi"/>
          <w:sz w:val="24"/>
          <w:szCs w:val="28"/>
          <w:lang w:val="en-IN"/>
        </w:rPr>
      </w:pPr>
      <w:r>
        <w:rPr>
          <w:rFonts w:asciiTheme="majorHAnsi" w:hAnsiTheme="majorHAnsi" w:cstheme="majorHAnsi"/>
          <w:noProof/>
          <w:sz w:val="24"/>
          <w:szCs w:val="28"/>
        </w:rPr>
        <w:lastRenderedPageBreak/>
        <w:drawing>
          <wp:inline distT="0" distB="0" distL="0" distR="0" wp14:anchorId="2D273268" wp14:editId="359281BF">
            <wp:extent cx="6304371" cy="3547872"/>
            <wp:effectExtent l="0" t="0" r="1270" b="0"/>
            <wp:docPr id="9954742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13933" cy="3553253"/>
                    </a:xfrm>
                    <a:prstGeom prst="rect">
                      <a:avLst/>
                    </a:prstGeom>
                    <a:noFill/>
                  </pic:spPr>
                </pic:pic>
              </a:graphicData>
            </a:graphic>
          </wp:inline>
        </w:drawing>
      </w:r>
    </w:p>
    <w:p w14:paraId="14FAB80C" w14:textId="707C5834" w:rsidR="007F3D68" w:rsidRDefault="007F2F10" w:rsidP="007F3D68">
      <w:pPr>
        <w:pStyle w:val="Heading1"/>
      </w:pPr>
      <w:r>
        <w:t>5</w:t>
      </w:r>
      <w:r w:rsidR="007F3D68">
        <w:t xml:space="preserve">. </w:t>
      </w:r>
      <w:r w:rsidR="007F3D68">
        <w:t xml:space="preserve">Who uses </w:t>
      </w:r>
      <w:r w:rsidR="007F3D68">
        <w:t>Python?</w:t>
      </w:r>
    </w:p>
    <w:p w14:paraId="16443861" w14:textId="77777777" w:rsidR="003422F0" w:rsidRDefault="007F3D68" w:rsidP="003422F0">
      <w:pPr>
        <w:jc w:val="both"/>
        <w:rPr>
          <w:rFonts w:asciiTheme="majorHAnsi" w:hAnsiTheme="majorHAnsi" w:cstheme="majorHAnsi"/>
          <w:sz w:val="24"/>
          <w:szCs w:val="28"/>
        </w:rPr>
      </w:pPr>
      <w:r w:rsidRPr="007F3D68">
        <w:rPr>
          <w:rFonts w:asciiTheme="majorHAnsi" w:hAnsiTheme="majorHAnsi" w:cstheme="majorHAnsi"/>
          <w:sz w:val="24"/>
          <w:szCs w:val="28"/>
        </w:rPr>
        <w:t>Python is one of the most popular programming languages, widely used by IT professionals for Data Analytics, Data Engineering, Automation, Cloud Computing, Artificial Intelligence (AI), and Machine Learning (ML).</w:t>
      </w:r>
    </w:p>
    <w:p w14:paraId="690133EE" w14:textId="371349A4" w:rsidR="00CB3E77" w:rsidRDefault="00CB3E77" w:rsidP="003422F0">
      <w:pPr>
        <w:jc w:val="both"/>
        <w:rPr>
          <w:rFonts w:asciiTheme="majorHAnsi" w:hAnsiTheme="majorHAnsi" w:cstheme="majorHAnsi"/>
          <w:sz w:val="24"/>
          <w:szCs w:val="28"/>
        </w:rPr>
      </w:pPr>
      <w:r w:rsidRPr="00CB3E77">
        <w:rPr>
          <w:rFonts w:asciiTheme="majorHAnsi" w:hAnsiTheme="majorHAnsi" w:cstheme="majorHAnsi"/>
          <w:sz w:val="24"/>
          <w:szCs w:val="28"/>
        </w:rPr>
        <w:t>Python is an essential across modern data platforms, helping professionals process data, automate workflows, develop analytics solutions, and build AI-powered applications.</w:t>
      </w:r>
    </w:p>
    <w:p w14:paraId="2CB77DEC" w14:textId="5233A1E7" w:rsidR="008B4AD8" w:rsidRPr="005F7DAA" w:rsidRDefault="008B4AD8" w:rsidP="003422F0">
      <w:pPr>
        <w:jc w:val="both"/>
        <w:rPr>
          <w:rFonts w:asciiTheme="majorHAnsi" w:hAnsiTheme="majorHAnsi" w:cstheme="majorHAnsi"/>
          <w:b/>
          <w:bCs/>
          <w:sz w:val="24"/>
          <w:szCs w:val="28"/>
        </w:rPr>
      </w:pPr>
      <w:r w:rsidRPr="005F7DAA">
        <w:rPr>
          <w:rFonts w:asciiTheme="majorHAnsi" w:hAnsiTheme="majorHAnsi" w:cstheme="majorHAnsi"/>
          <w:b/>
          <w:bCs/>
          <w:sz w:val="24"/>
          <w:szCs w:val="28"/>
        </w:rPr>
        <w:t>Major Job Roles Using Python</w:t>
      </w:r>
    </w:p>
    <w:tbl>
      <w:tblPr>
        <w:tblW w:w="9781" w:type="dxa"/>
        <w:tblCellSpacing w:w="15"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6"/>
        <w:gridCol w:w="6945"/>
      </w:tblGrid>
      <w:tr w:rsidR="008B4AD8" w:rsidRPr="008B4AD8" w14:paraId="17767D80" w14:textId="77777777" w:rsidTr="00C655B3">
        <w:trPr>
          <w:tblCellSpacing w:w="15" w:type="dxa"/>
        </w:trPr>
        <w:tc>
          <w:tcPr>
            <w:tcW w:w="2791" w:type="dxa"/>
            <w:shd w:val="clear" w:color="auto" w:fill="FFFF00"/>
            <w:vAlign w:val="center"/>
            <w:hideMark/>
          </w:tcPr>
          <w:p w14:paraId="166683A7" w14:textId="77777777" w:rsidR="008B4AD8" w:rsidRPr="008B4AD8" w:rsidRDefault="008B4AD8" w:rsidP="008B4AD8">
            <w:pPr>
              <w:spacing w:before="100" w:beforeAutospacing="1" w:afterAutospacing="1" w:line="240" w:lineRule="auto"/>
              <w:jc w:val="center"/>
              <w:rPr>
                <w:rFonts w:ascii="Times New Roman" w:eastAsia="Times New Roman" w:hAnsi="Times New Roman" w:cs="Times New Roman"/>
                <w:b/>
                <w:bCs/>
                <w:sz w:val="24"/>
                <w:szCs w:val="24"/>
                <w:lang w:val="en-IN" w:eastAsia="en-IN"/>
              </w:rPr>
            </w:pPr>
            <w:r w:rsidRPr="008B4AD8">
              <w:rPr>
                <w:rFonts w:ascii="Times New Roman" w:eastAsia="Times New Roman" w:hAnsi="Times New Roman" w:cs="Times New Roman"/>
                <w:b/>
                <w:bCs/>
                <w:sz w:val="24"/>
                <w:szCs w:val="24"/>
                <w:lang w:val="en-IN" w:eastAsia="en-IN"/>
              </w:rPr>
              <w:t>Job Role</w:t>
            </w:r>
          </w:p>
        </w:tc>
        <w:tc>
          <w:tcPr>
            <w:tcW w:w="6900" w:type="dxa"/>
            <w:shd w:val="clear" w:color="auto" w:fill="FFFF00"/>
            <w:vAlign w:val="center"/>
            <w:hideMark/>
          </w:tcPr>
          <w:p w14:paraId="75D56AFE" w14:textId="77777777" w:rsidR="008B4AD8" w:rsidRPr="008B4AD8" w:rsidRDefault="008B4AD8" w:rsidP="008B4AD8">
            <w:pPr>
              <w:spacing w:before="100" w:beforeAutospacing="1" w:afterAutospacing="1" w:line="240" w:lineRule="auto"/>
              <w:jc w:val="center"/>
              <w:rPr>
                <w:rFonts w:ascii="Times New Roman" w:eastAsia="Times New Roman" w:hAnsi="Times New Roman" w:cs="Times New Roman"/>
                <w:b/>
                <w:bCs/>
                <w:sz w:val="24"/>
                <w:szCs w:val="24"/>
                <w:lang w:val="en-IN" w:eastAsia="en-IN"/>
              </w:rPr>
            </w:pPr>
            <w:r w:rsidRPr="008B4AD8">
              <w:rPr>
                <w:rFonts w:ascii="Times New Roman" w:eastAsia="Times New Roman" w:hAnsi="Times New Roman" w:cs="Times New Roman"/>
                <w:b/>
                <w:bCs/>
                <w:sz w:val="24"/>
                <w:szCs w:val="24"/>
                <w:lang w:val="en-IN" w:eastAsia="en-IN"/>
              </w:rPr>
              <w:t>How Python Is Used</w:t>
            </w:r>
          </w:p>
        </w:tc>
      </w:tr>
      <w:tr w:rsidR="008B4AD8" w:rsidRPr="008B4AD8" w14:paraId="334A191A" w14:textId="77777777" w:rsidTr="008B4AD8">
        <w:trPr>
          <w:tblCellSpacing w:w="15" w:type="dxa"/>
        </w:trPr>
        <w:tc>
          <w:tcPr>
            <w:tcW w:w="2791" w:type="dxa"/>
            <w:vAlign w:val="center"/>
            <w:hideMark/>
          </w:tcPr>
          <w:p w14:paraId="37B94847" w14:textId="77777777" w:rsidR="008B4AD8" w:rsidRPr="005C469D" w:rsidRDefault="008B4AD8" w:rsidP="008B4AD8">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1. Data Analyst</w:t>
            </w:r>
          </w:p>
        </w:tc>
        <w:tc>
          <w:tcPr>
            <w:tcW w:w="6900" w:type="dxa"/>
            <w:vAlign w:val="center"/>
            <w:hideMark/>
          </w:tcPr>
          <w:p w14:paraId="5A16AF26" w14:textId="77777777" w:rsidR="008B4AD8" w:rsidRPr="005C469D" w:rsidRDefault="008B4AD8" w:rsidP="008B4AD8">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Data cleaning, transformation, analysis, reporting, and visualization using pandas, NumPy, and Matplotlib.</w:t>
            </w:r>
          </w:p>
        </w:tc>
      </w:tr>
      <w:tr w:rsidR="008B4AD8" w:rsidRPr="008B4AD8" w14:paraId="48808DD1" w14:textId="77777777" w:rsidTr="008B4AD8">
        <w:trPr>
          <w:tblCellSpacing w:w="15" w:type="dxa"/>
        </w:trPr>
        <w:tc>
          <w:tcPr>
            <w:tcW w:w="2791" w:type="dxa"/>
            <w:vAlign w:val="center"/>
            <w:hideMark/>
          </w:tcPr>
          <w:p w14:paraId="3CB1BB2F" w14:textId="77777777" w:rsidR="008B4AD8" w:rsidRPr="005C469D" w:rsidRDefault="008B4AD8" w:rsidP="008B4AD8">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2. Data Engineer</w:t>
            </w:r>
          </w:p>
        </w:tc>
        <w:tc>
          <w:tcPr>
            <w:tcW w:w="6900" w:type="dxa"/>
            <w:vAlign w:val="center"/>
            <w:hideMark/>
          </w:tcPr>
          <w:p w14:paraId="0966D185" w14:textId="3E6A892D" w:rsidR="008B4AD8" w:rsidRPr="005C469D" w:rsidRDefault="008B4AD8" w:rsidP="008B4AD8">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Build ETL/ELT pipelines, automate data processing, integrate APIs, and process large datasets.</w:t>
            </w:r>
            <w:r w:rsidR="00953227">
              <w:rPr>
                <w:rFonts w:asciiTheme="majorHAnsi" w:hAnsiTheme="majorHAnsi" w:cstheme="majorHAnsi"/>
                <w:sz w:val="24"/>
                <w:szCs w:val="28"/>
              </w:rPr>
              <w:t xml:space="preserve"> Medallion Architecture</w:t>
            </w:r>
          </w:p>
        </w:tc>
      </w:tr>
      <w:tr w:rsidR="008B4AD8" w:rsidRPr="008B4AD8" w14:paraId="56390AB8" w14:textId="77777777" w:rsidTr="008B4AD8">
        <w:trPr>
          <w:tblCellSpacing w:w="15" w:type="dxa"/>
        </w:trPr>
        <w:tc>
          <w:tcPr>
            <w:tcW w:w="2791" w:type="dxa"/>
            <w:vAlign w:val="center"/>
            <w:hideMark/>
          </w:tcPr>
          <w:p w14:paraId="470ED6E3" w14:textId="7696B3EE" w:rsidR="008B4AD8" w:rsidRPr="005C469D" w:rsidRDefault="005F7DAA" w:rsidP="008B4AD8">
            <w:pPr>
              <w:spacing w:before="100" w:beforeAutospacing="1" w:afterAutospacing="1" w:line="240" w:lineRule="auto"/>
              <w:rPr>
                <w:rFonts w:asciiTheme="majorHAnsi" w:hAnsiTheme="majorHAnsi" w:cstheme="majorHAnsi"/>
                <w:sz w:val="24"/>
                <w:szCs w:val="28"/>
              </w:rPr>
            </w:pPr>
            <w:r>
              <w:rPr>
                <w:rFonts w:asciiTheme="majorHAnsi" w:hAnsiTheme="majorHAnsi" w:cstheme="majorHAnsi"/>
                <w:sz w:val="24"/>
                <w:szCs w:val="28"/>
              </w:rPr>
              <w:t>3</w:t>
            </w:r>
            <w:r w:rsidR="008B4AD8" w:rsidRPr="005C469D">
              <w:rPr>
                <w:rFonts w:asciiTheme="majorHAnsi" w:hAnsiTheme="majorHAnsi" w:cstheme="majorHAnsi"/>
                <w:sz w:val="24"/>
                <w:szCs w:val="28"/>
              </w:rPr>
              <w:t>. Data Scientist</w:t>
            </w:r>
          </w:p>
        </w:tc>
        <w:tc>
          <w:tcPr>
            <w:tcW w:w="6900" w:type="dxa"/>
            <w:vAlign w:val="center"/>
            <w:hideMark/>
          </w:tcPr>
          <w:p w14:paraId="1F568BAC" w14:textId="77777777" w:rsidR="008B4AD8" w:rsidRPr="005C469D" w:rsidRDefault="008B4AD8" w:rsidP="008B4AD8">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 xml:space="preserve">Statistical analysis, predictive </w:t>
            </w:r>
            <w:proofErr w:type="spellStart"/>
            <w:r w:rsidRPr="005C469D">
              <w:rPr>
                <w:rFonts w:asciiTheme="majorHAnsi" w:hAnsiTheme="majorHAnsi" w:cstheme="majorHAnsi"/>
                <w:sz w:val="24"/>
                <w:szCs w:val="28"/>
              </w:rPr>
              <w:t>modeling</w:t>
            </w:r>
            <w:proofErr w:type="spellEnd"/>
            <w:r w:rsidRPr="005C469D">
              <w:rPr>
                <w:rFonts w:asciiTheme="majorHAnsi" w:hAnsiTheme="majorHAnsi" w:cstheme="majorHAnsi"/>
                <w:sz w:val="24"/>
                <w:szCs w:val="28"/>
              </w:rPr>
              <w:t>, machine learning, and data exploration.</w:t>
            </w:r>
          </w:p>
        </w:tc>
      </w:tr>
      <w:tr w:rsidR="008B4AD8" w:rsidRPr="008B4AD8" w14:paraId="50328876" w14:textId="77777777" w:rsidTr="008B4AD8">
        <w:trPr>
          <w:tblCellSpacing w:w="15" w:type="dxa"/>
        </w:trPr>
        <w:tc>
          <w:tcPr>
            <w:tcW w:w="2791" w:type="dxa"/>
            <w:vAlign w:val="center"/>
            <w:hideMark/>
          </w:tcPr>
          <w:p w14:paraId="655D0863" w14:textId="1F3C2782" w:rsidR="008B4AD8" w:rsidRPr="005C469D" w:rsidRDefault="005F7DAA" w:rsidP="008B4AD8">
            <w:pPr>
              <w:spacing w:before="100" w:beforeAutospacing="1" w:afterAutospacing="1" w:line="240" w:lineRule="auto"/>
              <w:rPr>
                <w:rFonts w:asciiTheme="majorHAnsi" w:hAnsiTheme="majorHAnsi" w:cstheme="majorHAnsi"/>
                <w:sz w:val="24"/>
                <w:szCs w:val="28"/>
              </w:rPr>
            </w:pPr>
            <w:r>
              <w:rPr>
                <w:rFonts w:asciiTheme="majorHAnsi" w:hAnsiTheme="majorHAnsi" w:cstheme="majorHAnsi"/>
                <w:sz w:val="24"/>
                <w:szCs w:val="28"/>
              </w:rPr>
              <w:t>4</w:t>
            </w:r>
            <w:r w:rsidR="008B4AD8" w:rsidRPr="005C469D">
              <w:rPr>
                <w:rFonts w:asciiTheme="majorHAnsi" w:hAnsiTheme="majorHAnsi" w:cstheme="majorHAnsi"/>
                <w:sz w:val="24"/>
                <w:szCs w:val="28"/>
              </w:rPr>
              <w:t>. AI / ML Engineer</w:t>
            </w:r>
          </w:p>
        </w:tc>
        <w:tc>
          <w:tcPr>
            <w:tcW w:w="6900" w:type="dxa"/>
            <w:vAlign w:val="center"/>
            <w:hideMark/>
          </w:tcPr>
          <w:p w14:paraId="3D17AC1C" w14:textId="77777777" w:rsidR="008B4AD8" w:rsidRPr="005C469D" w:rsidRDefault="008B4AD8" w:rsidP="008B4AD8">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Develop, train, test, and deploy machine learning and AI applications.</w:t>
            </w:r>
          </w:p>
        </w:tc>
      </w:tr>
      <w:tr w:rsidR="008B4AD8" w:rsidRPr="008B4AD8" w14:paraId="7F504176" w14:textId="77777777" w:rsidTr="008B4AD8">
        <w:trPr>
          <w:tblCellSpacing w:w="15" w:type="dxa"/>
        </w:trPr>
        <w:tc>
          <w:tcPr>
            <w:tcW w:w="2791" w:type="dxa"/>
            <w:vAlign w:val="center"/>
            <w:hideMark/>
          </w:tcPr>
          <w:p w14:paraId="5FF39A5C" w14:textId="2DBCCD9C" w:rsidR="008B4AD8" w:rsidRPr="005C469D" w:rsidRDefault="005F7DAA" w:rsidP="008B4AD8">
            <w:pPr>
              <w:spacing w:before="100" w:beforeAutospacing="1" w:afterAutospacing="1" w:line="240" w:lineRule="auto"/>
              <w:rPr>
                <w:rFonts w:asciiTheme="majorHAnsi" w:hAnsiTheme="majorHAnsi" w:cstheme="majorHAnsi"/>
                <w:sz w:val="24"/>
                <w:szCs w:val="28"/>
              </w:rPr>
            </w:pPr>
            <w:r>
              <w:rPr>
                <w:rFonts w:asciiTheme="majorHAnsi" w:hAnsiTheme="majorHAnsi" w:cstheme="majorHAnsi"/>
                <w:sz w:val="24"/>
                <w:szCs w:val="28"/>
              </w:rPr>
              <w:t>5</w:t>
            </w:r>
            <w:r w:rsidR="008B4AD8" w:rsidRPr="005C469D">
              <w:rPr>
                <w:rFonts w:asciiTheme="majorHAnsi" w:hAnsiTheme="majorHAnsi" w:cstheme="majorHAnsi"/>
                <w:sz w:val="24"/>
                <w:szCs w:val="28"/>
              </w:rPr>
              <w:t>. Cloud / DevOps Engineer</w:t>
            </w:r>
          </w:p>
        </w:tc>
        <w:tc>
          <w:tcPr>
            <w:tcW w:w="6900" w:type="dxa"/>
            <w:vAlign w:val="center"/>
            <w:hideMark/>
          </w:tcPr>
          <w:p w14:paraId="1F75A539" w14:textId="77777777" w:rsidR="008B4AD8" w:rsidRPr="005C469D" w:rsidRDefault="008B4AD8" w:rsidP="008B4AD8">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Automate cloud infrastructure, deployments, monitoring, and operational tasks.</w:t>
            </w:r>
          </w:p>
        </w:tc>
      </w:tr>
      <w:tr w:rsidR="008B4AD8" w:rsidRPr="008B4AD8" w14:paraId="341A10BC" w14:textId="77777777" w:rsidTr="008B4AD8">
        <w:trPr>
          <w:tblCellSpacing w:w="15" w:type="dxa"/>
        </w:trPr>
        <w:tc>
          <w:tcPr>
            <w:tcW w:w="2791" w:type="dxa"/>
            <w:vAlign w:val="center"/>
            <w:hideMark/>
          </w:tcPr>
          <w:p w14:paraId="44EC5031" w14:textId="17619B6E" w:rsidR="008B4AD8" w:rsidRPr="005C469D" w:rsidRDefault="005F7DAA" w:rsidP="008B4AD8">
            <w:pPr>
              <w:spacing w:before="100" w:beforeAutospacing="1" w:afterAutospacing="1" w:line="240" w:lineRule="auto"/>
              <w:rPr>
                <w:rFonts w:asciiTheme="majorHAnsi" w:hAnsiTheme="majorHAnsi" w:cstheme="majorHAnsi"/>
                <w:sz w:val="24"/>
                <w:szCs w:val="28"/>
              </w:rPr>
            </w:pPr>
            <w:r>
              <w:rPr>
                <w:rFonts w:asciiTheme="majorHAnsi" w:hAnsiTheme="majorHAnsi" w:cstheme="majorHAnsi"/>
                <w:sz w:val="24"/>
                <w:szCs w:val="28"/>
              </w:rPr>
              <w:t>6</w:t>
            </w:r>
            <w:r w:rsidR="008B4AD8" w:rsidRPr="005C469D">
              <w:rPr>
                <w:rFonts w:asciiTheme="majorHAnsi" w:hAnsiTheme="majorHAnsi" w:cstheme="majorHAnsi"/>
                <w:sz w:val="24"/>
                <w:szCs w:val="28"/>
              </w:rPr>
              <w:t>. Software Developer</w:t>
            </w:r>
          </w:p>
        </w:tc>
        <w:tc>
          <w:tcPr>
            <w:tcW w:w="6900" w:type="dxa"/>
            <w:vAlign w:val="center"/>
            <w:hideMark/>
          </w:tcPr>
          <w:p w14:paraId="38CD3940" w14:textId="77777777" w:rsidR="008B4AD8" w:rsidRPr="005C469D" w:rsidRDefault="008B4AD8" w:rsidP="008B4AD8">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Develop backend applications, REST APIs, web services, and automation tools.</w:t>
            </w:r>
          </w:p>
        </w:tc>
      </w:tr>
      <w:tr w:rsidR="008B4AD8" w:rsidRPr="008B4AD8" w14:paraId="1571A844" w14:textId="77777777" w:rsidTr="008B4AD8">
        <w:trPr>
          <w:tblCellSpacing w:w="15" w:type="dxa"/>
        </w:trPr>
        <w:tc>
          <w:tcPr>
            <w:tcW w:w="2791" w:type="dxa"/>
            <w:vAlign w:val="center"/>
            <w:hideMark/>
          </w:tcPr>
          <w:p w14:paraId="6700D6E2" w14:textId="4F00FF53" w:rsidR="008B4AD8" w:rsidRPr="005C469D" w:rsidRDefault="005F7DAA" w:rsidP="008B4AD8">
            <w:pPr>
              <w:spacing w:before="100" w:beforeAutospacing="1" w:afterAutospacing="1" w:line="240" w:lineRule="auto"/>
              <w:rPr>
                <w:rFonts w:asciiTheme="majorHAnsi" w:hAnsiTheme="majorHAnsi" w:cstheme="majorHAnsi"/>
                <w:sz w:val="24"/>
                <w:szCs w:val="28"/>
              </w:rPr>
            </w:pPr>
            <w:r>
              <w:rPr>
                <w:rFonts w:asciiTheme="majorHAnsi" w:hAnsiTheme="majorHAnsi" w:cstheme="majorHAnsi"/>
                <w:sz w:val="24"/>
                <w:szCs w:val="28"/>
              </w:rPr>
              <w:t>7</w:t>
            </w:r>
            <w:r w:rsidR="008B4AD8" w:rsidRPr="005C469D">
              <w:rPr>
                <w:rFonts w:asciiTheme="majorHAnsi" w:hAnsiTheme="majorHAnsi" w:cstheme="majorHAnsi"/>
                <w:sz w:val="24"/>
                <w:szCs w:val="28"/>
              </w:rPr>
              <w:t>. Business Analyst</w:t>
            </w:r>
          </w:p>
        </w:tc>
        <w:tc>
          <w:tcPr>
            <w:tcW w:w="6900" w:type="dxa"/>
            <w:vAlign w:val="center"/>
            <w:hideMark/>
          </w:tcPr>
          <w:p w14:paraId="26408D18" w14:textId="77777777" w:rsidR="008B4AD8" w:rsidRPr="005C469D" w:rsidRDefault="008B4AD8" w:rsidP="008B4AD8">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 xml:space="preserve">Automate Excel tasks, </w:t>
            </w:r>
            <w:proofErr w:type="spellStart"/>
            <w:r w:rsidRPr="005C469D">
              <w:rPr>
                <w:rFonts w:asciiTheme="majorHAnsi" w:hAnsiTheme="majorHAnsi" w:cstheme="majorHAnsi"/>
                <w:sz w:val="24"/>
                <w:szCs w:val="28"/>
              </w:rPr>
              <w:t>analyze</w:t>
            </w:r>
            <w:proofErr w:type="spellEnd"/>
            <w:r w:rsidRPr="005C469D">
              <w:rPr>
                <w:rFonts w:asciiTheme="majorHAnsi" w:hAnsiTheme="majorHAnsi" w:cstheme="majorHAnsi"/>
                <w:sz w:val="24"/>
                <w:szCs w:val="28"/>
              </w:rPr>
              <w:t xml:space="preserve"> business data, and generate reports and insights.</w:t>
            </w:r>
          </w:p>
        </w:tc>
      </w:tr>
    </w:tbl>
    <w:p w14:paraId="66E4A211" w14:textId="77777777" w:rsidR="00CB3E77" w:rsidRPr="00CB3E77" w:rsidRDefault="00CB3E77" w:rsidP="00CB3E77">
      <w:pPr>
        <w:spacing w:before="100" w:beforeAutospacing="1" w:afterAutospacing="1" w:line="240" w:lineRule="auto"/>
        <w:outlineLvl w:val="2"/>
        <w:rPr>
          <w:rFonts w:ascii="Times New Roman" w:eastAsia="Times New Roman" w:hAnsi="Times New Roman" w:cs="Times New Roman"/>
          <w:b/>
          <w:bCs/>
          <w:sz w:val="22"/>
          <w:lang w:val="en-IN" w:eastAsia="en-IN"/>
        </w:rPr>
      </w:pPr>
      <w:r w:rsidRPr="00CB3E77">
        <w:rPr>
          <w:rFonts w:ascii="Times New Roman" w:eastAsia="Times New Roman" w:hAnsi="Times New Roman" w:cs="Times New Roman"/>
          <w:b/>
          <w:bCs/>
          <w:sz w:val="22"/>
          <w:lang w:val="en-IN" w:eastAsia="en-IN"/>
        </w:rPr>
        <w:lastRenderedPageBreak/>
        <w:t>Python + SQL + Cloud Data Platform = Strong Foundation for Modern Data Careers</w:t>
      </w:r>
    </w:p>
    <w:p w14:paraId="1D5DD265" w14:textId="511AFD1D" w:rsidR="00C655B3" w:rsidRPr="007F2F10" w:rsidRDefault="007F2F10" w:rsidP="007F2F10">
      <w:pPr>
        <w:pStyle w:val="Heading1"/>
      </w:pPr>
      <w:r>
        <w:t xml:space="preserve">6. </w:t>
      </w:r>
      <w:r w:rsidR="00C655B3" w:rsidRPr="007F2F10">
        <w:t>Python Libraries and Technologies by Career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90"/>
        <w:gridCol w:w="4962"/>
      </w:tblGrid>
      <w:tr w:rsidR="00C655B3" w:rsidRPr="00C655B3" w14:paraId="3D7D5115" w14:textId="77777777" w:rsidTr="00C655B3">
        <w:trPr>
          <w:tblCellSpacing w:w="15" w:type="dxa"/>
        </w:trPr>
        <w:tc>
          <w:tcPr>
            <w:tcW w:w="2845" w:type="dxa"/>
            <w:shd w:val="clear" w:color="auto" w:fill="FFFF00"/>
            <w:vAlign w:val="center"/>
            <w:hideMark/>
          </w:tcPr>
          <w:p w14:paraId="335D2E41" w14:textId="77777777" w:rsidR="00C655B3" w:rsidRPr="00C655B3" w:rsidRDefault="00C655B3" w:rsidP="00C655B3">
            <w:pPr>
              <w:spacing w:before="100" w:beforeAutospacing="1" w:afterAutospacing="1" w:line="240" w:lineRule="auto"/>
              <w:jc w:val="center"/>
              <w:rPr>
                <w:rFonts w:ascii="Times New Roman" w:eastAsia="Times New Roman" w:hAnsi="Times New Roman" w:cs="Times New Roman"/>
                <w:b/>
                <w:bCs/>
                <w:sz w:val="24"/>
                <w:szCs w:val="24"/>
                <w:lang w:val="en-IN" w:eastAsia="en-IN"/>
              </w:rPr>
            </w:pPr>
            <w:r w:rsidRPr="00C655B3">
              <w:rPr>
                <w:rFonts w:ascii="Times New Roman" w:eastAsia="Times New Roman" w:hAnsi="Times New Roman" w:cs="Times New Roman"/>
                <w:b/>
                <w:bCs/>
                <w:sz w:val="24"/>
                <w:szCs w:val="24"/>
                <w:lang w:val="en-IN" w:eastAsia="en-IN"/>
              </w:rPr>
              <w:t>Career Path</w:t>
            </w:r>
          </w:p>
        </w:tc>
        <w:tc>
          <w:tcPr>
            <w:tcW w:w="4917" w:type="dxa"/>
            <w:shd w:val="clear" w:color="auto" w:fill="FFFF00"/>
            <w:vAlign w:val="center"/>
            <w:hideMark/>
          </w:tcPr>
          <w:p w14:paraId="18C44AFB" w14:textId="4242F9C3" w:rsidR="00C655B3" w:rsidRPr="00C655B3" w:rsidRDefault="00C655B3" w:rsidP="00C655B3">
            <w:pPr>
              <w:spacing w:before="100" w:beforeAutospacing="1" w:afterAutospacing="1" w:line="240" w:lineRule="auto"/>
              <w:jc w:val="center"/>
              <w:rPr>
                <w:rFonts w:ascii="Times New Roman" w:eastAsia="Times New Roman" w:hAnsi="Times New Roman" w:cs="Times New Roman"/>
                <w:b/>
                <w:bCs/>
                <w:sz w:val="24"/>
                <w:szCs w:val="24"/>
                <w:lang w:val="en-IN" w:eastAsia="en-IN"/>
              </w:rPr>
            </w:pPr>
            <w:r w:rsidRPr="00C655B3">
              <w:rPr>
                <w:rFonts w:ascii="Times New Roman" w:eastAsia="Times New Roman" w:hAnsi="Times New Roman" w:cs="Times New Roman"/>
                <w:b/>
                <w:bCs/>
                <w:sz w:val="24"/>
                <w:szCs w:val="24"/>
                <w:lang w:val="en-IN" w:eastAsia="en-IN"/>
              </w:rPr>
              <w:t>Python Technologies</w:t>
            </w:r>
            <w:r w:rsidR="000F69DA">
              <w:rPr>
                <w:rFonts w:ascii="Times New Roman" w:eastAsia="Times New Roman" w:hAnsi="Times New Roman" w:cs="Times New Roman"/>
                <w:b/>
                <w:bCs/>
                <w:sz w:val="24"/>
                <w:szCs w:val="24"/>
                <w:lang w:val="en-IN" w:eastAsia="en-IN"/>
              </w:rPr>
              <w:t xml:space="preserve"> &amp; Libraries</w:t>
            </w:r>
          </w:p>
        </w:tc>
      </w:tr>
      <w:tr w:rsidR="00C655B3" w:rsidRPr="00C655B3" w14:paraId="41857339" w14:textId="77777777" w:rsidTr="00C655B3">
        <w:trPr>
          <w:tblCellSpacing w:w="15" w:type="dxa"/>
        </w:trPr>
        <w:tc>
          <w:tcPr>
            <w:tcW w:w="2845" w:type="dxa"/>
            <w:vAlign w:val="center"/>
            <w:hideMark/>
          </w:tcPr>
          <w:p w14:paraId="0B9C5A90" w14:textId="77777777" w:rsidR="00C655B3" w:rsidRPr="005C469D" w:rsidRDefault="00C655B3" w:rsidP="00C655B3">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Data Analyst</w:t>
            </w:r>
          </w:p>
        </w:tc>
        <w:tc>
          <w:tcPr>
            <w:tcW w:w="4917" w:type="dxa"/>
            <w:vAlign w:val="center"/>
            <w:hideMark/>
          </w:tcPr>
          <w:p w14:paraId="084B082E" w14:textId="77777777" w:rsidR="00C655B3" w:rsidRPr="005C469D" w:rsidRDefault="00C655B3" w:rsidP="00C655B3">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pandas, NumPy, Matplotlib, Seaborn</w:t>
            </w:r>
          </w:p>
        </w:tc>
      </w:tr>
      <w:tr w:rsidR="00C655B3" w:rsidRPr="00C655B3" w14:paraId="16EC0976" w14:textId="77777777" w:rsidTr="00C655B3">
        <w:trPr>
          <w:tblCellSpacing w:w="15" w:type="dxa"/>
        </w:trPr>
        <w:tc>
          <w:tcPr>
            <w:tcW w:w="2845" w:type="dxa"/>
            <w:vAlign w:val="center"/>
            <w:hideMark/>
          </w:tcPr>
          <w:p w14:paraId="37A2397C" w14:textId="77777777" w:rsidR="00C655B3" w:rsidRPr="005C469D" w:rsidRDefault="00C655B3" w:rsidP="00C655B3">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Data Engineer</w:t>
            </w:r>
          </w:p>
        </w:tc>
        <w:tc>
          <w:tcPr>
            <w:tcW w:w="4917" w:type="dxa"/>
            <w:vAlign w:val="center"/>
            <w:hideMark/>
          </w:tcPr>
          <w:p w14:paraId="6584137A" w14:textId="60C77238" w:rsidR="00C655B3" w:rsidRPr="005C469D" w:rsidRDefault="003E7180" w:rsidP="00C655B3">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pandas</w:t>
            </w:r>
            <w:r w:rsidR="00C655B3" w:rsidRPr="005C469D">
              <w:rPr>
                <w:rFonts w:asciiTheme="majorHAnsi" w:hAnsiTheme="majorHAnsi" w:cstheme="majorHAnsi"/>
                <w:sz w:val="24"/>
                <w:szCs w:val="28"/>
              </w:rPr>
              <w:t>, PySpark, APIs</w:t>
            </w:r>
          </w:p>
        </w:tc>
      </w:tr>
      <w:tr w:rsidR="00C655B3" w:rsidRPr="00C655B3" w14:paraId="35EDB24A" w14:textId="77777777" w:rsidTr="00C655B3">
        <w:trPr>
          <w:tblCellSpacing w:w="15" w:type="dxa"/>
        </w:trPr>
        <w:tc>
          <w:tcPr>
            <w:tcW w:w="2845" w:type="dxa"/>
            <w:vAlign w:val="center"/>
            <w:hideMark/>
          </w:tcPr>
          <w:p w14:paraId="7833BB0C" w14:textId="77777777" w:rsidR="00C655B3" w:rsidRPr="005C469D" w:rsidRDefault="00C655B3" w:rsidP="00C655B3">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Azure Data Engineer</w:t>
            </w:r>
          </w:p>
        </w:tc>
        <w:tc>
          <w:tcPr>
            <w:tcW w:w="4917" w:type="dxa"/>
            <w:vAlign w:val="center"/>
            <w:hideMark/>
          </w:tcPr>
          <w:p w14:paraId="739BAAA0" w14:textId="7F6FFC2C" w:rsidR="00C655B3" w:rsidRPr="005C469D" w:rsidRDefault="003E7180" w:rsidP="00C655B3">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pandas</w:t>
            </w:r>
            <w:r w:rsidR="00C655B3" w:rsidRPr="005C469D">
              <w:rPr>
                <w:rFonts w:asciiTheme="majorHAnsi" w:hAnsiTheme="majorHAnsi" w:cstheme="majorHAnsi"/>
                <w:sz w:val="24"/>
                <w:szCs w:val="28"/>
              </w:rPr>
              <w:t>, Azure SDK, PySpark</w:t>
            </w:r>
          </w:p>
        </w:tc>
      </w:tr>
      <w:tr w:rsidR="00C655B3" w:rsidRPr="00C655B3" w14:paraId="7C83F7F5" w14:textId="77777777" w:rsidTr="00C655B3">
        <w:trPr>
          <w:tblCellSpacing w:w="15" w:type="dxa"/>
        </w:trPr>
        <w:tc>
          <w:tcPr>
            <w:tcW w:w="2845" w:type="dxa"/>
            <w:vAlign w:val="center"/>
            <w:hideMark/>
          </w:tcPr>
          <w:p w14:paraId="7ADD8597" w14:textId="77777777" w:rsidR="00C655B3" w:rsidRPr="005C469D" w:rsidRDefault="00C655B3" w:rsidP="00C655B3">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Fabric Data Engineer</w:t>
            </w:r>
          </w:p>
        </w:tc>
        <w:tc>
          <w:tcPr>
            <w:tcW w:w="4917" w:type="dxa"/>
            <w:vAlign w:val="center"/>
            <w:hideMark/>
          </w:tcPr>
          <w:p w14:paraId="1F5AE15A" w14:textId="19B27780" w:rsidR="00C655B3" w:rsidRPr="005C469D" w:rsidRDefault="003E7180" w:rsidP="00C655B3">
            <w:pPr>
              <w:spacing w:before="100" w:beforeAutospacing="1" w:afterAutospacing="1" w:line="240" w:lineRule="auto"/>
              <w:rPr>
                <w:rFonts w:asciiTheme="majorHAnsi" w:hAnsiTheme="majorHAnsi" w:cstheme="majorHAnsi"/>
                <w:sz w:val="24"/>
                <w:szCs w:val="28"/>
              </w:rPr>
            </w:pPr>
            <w:proofErr w:type="gramStart"/>
            <w:r w:rsidRPr="005C469D">
              <w:rPr>
                <w:rFonts w:asciiTheme="majorHAnsi" w:hAnsiTheme="majorHAnsi" w:cstheme="majorHAnsi"/>
                <w:sz w:val="24"/>
                <w:szCs w:val="28"/>
              </w:rPr>
              <w:t>pandas</w:t>
            </w:r>
            <w:proofErr w:type="gramEnd"/>
            <w:r w:rsidR="00C655B3" w:rsidRPr="005C469D">
              <w:rPr>
                <w:rFonts w:asciiTheme="majorHAnsi" w:hAnsiTheme="majorHAnsi" w:cstheme="majorHAnsi"/>
                <w:sz w:val="24"/>
                <w:szCs w:val="28"/>
              </w:rPr>
              <w:t>, PySpark</w:t>
            </w:r>
            <w:proofErr w:type="gramStart"/>
            <w:r w:rsidR="00C655B3" w:rsidRPr="005C469D">
              <w:rPr>
                <w:rFonts w:asciiTheme="majorHAnsi" w:hAnsiTheme="majorHAnsi" w:cstheme="majorHAnsi"/>
                <w:sz w:val="24"/>
                <w:szCs w:val="28"/>
              </w:rPr>
              <w:t>, Fabric</w:t>
            </w:r>
            <w:proofErr w:type="gramEnd"/>
            <w:r w:rsidR="00C655B3" w:rsidRPr="005C469D">
              <w:rPr>
                <w:rFonts w:asciiTheme="majorHAnsi" w:hAnsiTheme="majorHAnsi" w:cstheme="majorHAnsi"/>
                <w:sz w:val="24"/>
                <w:szCs w:val="28"/>
              </w:rPr>
              <w:t xml:space="preserve"> Notebooks</w:t>
            </w:r>
          </w:p>
        </w:tc>
      </w:tr>
      <w:tr w:rsidR="00C655B3" w:rsidRPr="00C655B3" w14:paraId="3C421A7A" w14:textId="77777777" w:rsidTr="00C655B3">
        <w:trPr>
          <w:tblCellSpacing w:w="15" w:type="dxa"/>
        </w:trPr>
        <w:tc>
          <w:tcPr>
            <w:tcW w:w="2845" w:type="dxa"/>
            <w:vAlign w:val="center"/>
            <w:hideMark/>
          </w:tcPr>
          <w:p w14:paraId="6DCC7008" w14:textId="77777777" w:rsidR="00C655B3" w:rsidRPr="005C469D" w:rsidRDefault="00C655B3" w:rsidP="00C655B3">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Databricks Engineer</w:t>
            </w:r>
          </w:p>
        </w:tc>
        <w:tc>
          <w:tcPr>
            <w:tcW w:w="4917" w:type="dxa"/>
            <w:vAlign w:val="center"/>
            <w:hideMark/>
          </w:tcPr>
          <w:p w14:paraId="56F2D0D3" w14:textId="6AF07FED" w:rsidR="00C655B3" w:rsidRPr="005C469D" w:rsidRDefault="003E7180" w:rsidP="00C655B3">
            <w:pPr>
              <w:spacing w:before="100" w:beforeAutospacing="1" w:afterAutospacing="1" w:line="240" w:lineRule="auto"/>
              <w:rPr>
                <w:rFonts w:asciiTheme="majorHAnsi" w:hAnsiTheme="majorHAnsi" w:cstheme="majorHAnsi"/>
                <w:sz w:val="24"/>
                <w:szCs w:val="28"/>
              </w:rPr>
            </w:pPr>
            <w:proofErr w:type="gramStart"/>
            <w:r w:rsidRPr="005C469D">
              <w:rPr>
                <w:rFonts w:asciiTheme="majorHAnsi" w:hAnsiTheme="majorHAnsi" w:cstheme="majorHAnsi"/>
                <w:sz w:val="24"/>
                <w:szCs w:val="28"/>
              </w:rPr>
              <w:t>pandas</w:t>
            </w:r>
            <w:proofErr w:type="gramEnd"/>
            <w:r w:rsidR="00C655B3" w:rsidRPr="005C469D">
              <w:rPr>
                <w:rFonts w:asciiTheme="majorHAnsi" w:hAnsiTheme="majorHAnsi" w:cstheme="majorHAnsi"/>
                <w:sz w:val="24"/>
                <w:szCs w:val="28"/>
              </w:rPr>
              <w:t>, PySpark</w:t>
            </w:r>
            <w:proofErr w:type="gramStart"/>
            <w:r w:rsidR="00C655B3" w:rsidRPr="005C469D">
              <w:rPr>
                <w:rFonts w:asciiTheme="majorHAnsi" w:hAnsiTheme="majorHAnsi" w:cstheme="majorHAnsi"/>
                <w:sz w:val="24"/>
                <w:szCs w:val="28"/>
              </w:rPr>
              <w:t>, Delta</w:t>
            </w:r>
            <w:proofErr w:type="gramEnd"/>
            <w:r w:rsidR="00C655B3" w:rsidRPr="005C469D">
              <w:rPr>
                <w:rFonts w:asciiTheme="majorHAnsi" w:hAnsiTheme="majorHAnsi" w:cstheme="majorHAnsi"/>
                <w:sz w:val="24"/>
                <w:szCs w:val="28"/>
              </w:rPr>
              <w:t xml:space="preserve"> Lake</w:t>
            </w:r>
          </w:p>
        </w:tc>
      </w:tr>
      <w:tr w:rsidR="00C655B3" w:rsidRPr="00C655B3" w14:paraId="197F06BA" w14:textId="77777777" w:rsidTr="00C655B3">
        <w:trPr>
          <w:tblCellSpacing w:w="15" w:type="dxa"/>
        </w:trPr>
        <w:tc>
          <w:tcPr>
            <w:tcW w:w="2845" w:type="dxa"/>
            <w:vAlign w:val="center"/>
            <w:hideMark/>
          </w:tcPr>
          <w:p w14:paraId="4EFE7C68" w14:textId="77777777" w:rsidR="00C655B3" w:rsidRPr="005C469D" w:rsidRDefault="00C655B3" w:rsidP="00C655B3">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Snowflake Engineer</w:t>
            </w:r>
          </w:p>
        </w:tc>
        <w:tc>
          <w:tcPr>
            <w:tcW w:w="4917" w:type="dxa"/>
            <w:vAlign w:val="center"/>
            <w:hideMark/>
          </w:tcPr>
          <w:p w14:paraId="13F78391" w14:textId="7462CCAA" w:rsidR="00C655B3" w:rsidRPr="005C469D" w:rsidRDefault="003E7180" w:rsidP="00C655B3">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pandas</w:t>
            </w:r>
            <w:r w:rsidR="00C655B3" w:rsidRPr="005C469D">
              <w:rPr>
                <w:rFonts w:asciiTheme="majorHAnsi" w:hAnsiTheme="majorHAnsi" w:cstheme="majorHAnsi"/>
                <w:sz w:val="24"/>
                <w:szCs w:val="28"/>
              </w:rPr>
              <w:t>, Snowpark</w:t>
            </w:r>
          </w:p>
        </w:tc>
      </w:tr>
      <w:tr w:rsidR="00C655B3" w:rsidRPr="00C655B3" w14:paraId="6A16619E" w14:textId="77777777" w:rsidTr="00C655B3">
        <w:trPr>
          <w:tblCellSpacing w:w="15" w:type="dxa"/>
        </w:trPr>
        <w:tc>
          <w:tcPr>
            <w:tcW w:w="2845" w:type="dxa"/>
            <w:vAlign w:val="center"/>
            <w:hideMark/>
          </w:tcPr>
          <w:p w14:paraId="3931D820" w14:textId="77777777" w:rsidR="00C655B3" w:rsidRPr="005C469D" w:rsidRDefault="00C655B3" w:rsidP="00C655B3">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AI / ML Engineer</w:t>
            </w:r>
          </w:p>
        </w:tc>
        <w:tc>
          <w:tcPr>
            <w:tcW w:w="4917" w:type="dxa"/>
            <w:vAlign w:val="center"/>
            <w:hideMark/>
          </w:tcPr>
          <w:p w14:paraId="483D1333" w14:textId="1FEF4F33" w:rsidR="00C655B3" w:rsidRPr="005C469D" w:rsidRDefault="003E7180" w:rsidP="00C655B3">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pandas</w:t>
            </w:r>
            <w:r>
              <w:rPr>
                <w:rFonts w:asciiTheme="majorHAnsi" w:hAnsiTheme="majorHAnsi" w:cstheme="majorHAnsi"/>
                <w:sz w:val="24"/>
                <w:szCs w:val="28"/>
              </w:rPr>
              <w:t xml:space="preserve">, </w:t>
            </w:r>
            <w:r w:rsidR="00C655B3" w:rsidRPr="005C469D">
              <w:rPr>
                <w:rFonts w:asciiTheme="majorHAnsi" w:hAnsiTheme="majorHAnsi" w:cstheme="majorHAnsi"/>
                <w:sz w:val="24"/>
                <w:szCs w:val="28"/>
              </w:rPr>
              <w:t xml:space="preserve">scikit-learn, </w:t>
            </w:r>
            <w:proofErr w:type="spellStart"/>
            <w:r w:rsidR="00C655B3" w:rsidRPr="005C469D">
              <w:rPr>
                <w:rFonts w:asciiTheme="majorHAnsi" w:hAnsiTheme="majorHAnsi" w:cstheme="majorHAnsi"/>
                <w:sz w:val="24"/>
                <w:szCs w:val="28"/>
              </w:rPr>
              <w:t>PyTorch</w:t>
            </w:r>
            <w:proofErr w:type="spellEnd"/>
            <w:r w:rsidR="00C655B3" w:rsidRPr="005C469D">
              <w:rPr>
                <w:rFonts w:asciiTheme="majorHAnsi" w:hAnsiTheme="majorHAnsi" w:cstheme="majorHAnsi"/>
                <w:sz w:val="24"/>
                <w:szCs w:val="28"/>
              </w:rPr>
              <w:t>, TensorFlow</w:t>
            </w:r>
          </w:p>
        </w:tc>
      </w:tr>
      <w:tr w:rsidR="00C655B3" w:rsidRPr="00C655B3" w14:paraId="3760FC60" w14:textId="77777777" w:rsidTr="00C655B3">
        <w:trPr>
          <w:tblCellSpacing w:w="15" w:type="dxa"/>
        </w:trPr>
        <w:tc>
          <w:tcPr>
            <w:tcW w:w="2845" w:type="dxa"/>
            <w:vAlign w:val="center"/>
            <w:hideMark/>
          </w:tcPr>
          <w:p w14:paraId="77ABDF49" w14:textId="77777777" w:rsidR="00C655B3" w:rsidRPr="005C469D" w:rsidRDefault="00C655B3" w:rsidP="00C655B3">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Automation Engineer</w:t>
            </w:r>
          </w:p>
        </w:tc>
        <w:tc>
          <w:tcPr>
            <w:tcW w:w="4917" w:type="dxa"/>
            <w:vAlign w:val="center"/>
            <w:hideMark/>
          </w:tcPr>
          <w:p w14:paraId="17A1DB26" w14:textId="34F3A8AB" w:rsidR="00C655B3" w:rsidRPr="005C469D" w:rsidRDefault="003E7180" w:rsidP="00C655B3">
            <w:pPr>
              <w:spacing w:before="100" w:beforeAutospacing="1" w:afterAutospacing="1" w:line="240" w:lineRule="auto"/>
              <w:rPr>
                <w:rFonts w:asciiTheme="majorHAnsi" w:hAnsiTheme="majorHAnsi" w:cstheme="majorHAnsi"/>
                <w:sz w:val="24"/>
                <w:szCs w:val="28"/>
              </w:rPr>
            </w:pPr>
            <w:r w:rsidRPr="005C469D">
              <w:rPr>
                <w:rFonts w:asciiTheme="majorHAnsi" w:hAnsiTheme="majorHAnsi" w:cstheme="majorHAnsi"/>
                <w:sz w:val="24"/>
                <w:szCs w:val="28"/>
              </w:rPr>
              <w:t>pandas</w:t>
            </w:r>
            <w:r w:rsidR="00C655B3" w:rsidRPr="005C469D">
              <w:rPr>
                <w:rFonts w:asciiTheme="majorHAnsi" w:hAnsiTheme="majorHAnsi" w:cstheme="majorHAnsi"/>
                <w:sz w:val="24"/>
                <w:szCs w:val="28"/>
              </w:rPr>
              <w:t>, requests, Selenium</w:t>
            </w:r>
          </w:p>
        </w:tc>
      </w:tr>
    </w:tbl>
    <w:p w14:paraId="33BD3743" w14:textId="36F2C9AE" w:rsidR="007F2F10" w:rsidRDefault="007F2F10" w:rsidP="007F2F10">
      <w:pPr>
        <w:pStyle w:val="ListBullet"/>
        <w:numPr>
          <w:ilvl w:val="0"/>
          <w:numId w:val="0"/>
        </w:numPr>
        <w:ind w:left="360"/>
      </w:pPr>
    </w:p>
    <w:p w14:paraId="1F28C553" w14:textId="6E374655" w:rsidR="00831814" w:rsidRPr="00CE4E54" w:rsidRDefault="00831814" w:rsidP="007F2F10">
      <w:pPr>
        <w:pStyle w:val="ListBullet"/>
        <w:numPr>
          <w:ilvl w:val="0"/>
          <w:numId w:val="0"/>
        </w:numPr>
        <w:ind w:left="360"/>
        <w:rPr>
          <w:b/>
          <w:bCs/>
        </w:rPr>
      </w:pPr>
      <w:r w:rsidRPr="00CE4E54">
        <w:rPr>
          <w:b/>
          <w:bCs/>
        </w:rPr>
        <w:t>+91 9030040801</w:t>
      </w:r>
      <w:r w:rsidRPr="00CE4E54">
        <w:rPr>
          <w:b/>
          <w:bCs/>
        </w:rPr>
        <w:tab/>
      </w:r>
    </w:p>
    <w:p w14:paraId="17917163" w14:textId="2381D880" w:rsidR="00743CD1" w:rsidRPr="007F2F10" w:rsidRDefault="00743CD1" w:rsidP="00743CD1">
      <w:pPr>
        <w:pStyle w:val="Heading1"/>
      </w:pPr>
      <w:r>
        <w:t>7</w:t>
      </w:r>
      <w:r>
        <w:t xml:space="preserve">. </w:t>
      </w:r>
      <w:r>
        <w:t>How to work with Python?</w:t>
      </w:r>
    </w:p>
    <w:p w14:paraId="3EECBDF7" w14:textId="30102AED" w:rsidR="00B07F8F" w:rsidRPr="005C469D" w:rsidRDefault="00B07F8F" w:rsidP="005C469D">
      <w:pPr>
        <w:pStyle w:val="NoSpacing"/>
        <w:rPr>
          <w:rFonts w:asciiTheme="majorHAnsi" w:hAnsiTheme="majorHAnsi" w:cstheme="majorHAnsi"/>
        </w:rPr>
      </w:pPr>
      <w:r w:rsidRPr="005C469D">
        <w:rPr>
          <w:rFonts w:asciiTheme="majorHAnsi" w:hAnsiTheme="majorHAnsi" w:cstheme="majorHAnsi"/>
        </w:rPr>
        <w:t>Option 1: Local Computer (Windows / Linux / Mac)</w:t>
      </w:r>
    </w:p>
    <w:p w14:paraId="230FC654" w14:textId="774B808A" w:rsidR="00B07F8F" w:rsidRPr="005C469D" w:rsidRDefault="00B07F8F" w:rsidP="005C469D">
      <w:pPr>
        <w:pStyle w:val="NoSpacing"/>
        <w:rPr>
          <w:rFonts w:asciiTheme="majorHAnsi" w:hAnsiTheme="majorHAnsi" w:cstheme="majorHAnsi"/>
        </w:rPr>
      </w:pPr>
      <w:r w:rsidRPr="005C469D">
        <w:rPr>
          <w:rFonts w:asciiTheme="majorHAnsi" w:hAnsiTheme="majorHAnsi" w:cstheme="majorHAnsi"/>
        </w:rPr>
        <w:t>Option 2: Development Tools (Anaconda / Visual Studio)</w:t>
      </w:r>
    </w:p>
    <w:p w14:paraId="16992E7D" w14:textId="268F220C" w:rsidR="00B07F8F" w:rsidRPr="005C469D" w:rsidRDefault="00B07F8F" w:rsidP="005C469D">
      <w:pPr>
        <w:pStyle w:val="NoSpacing"/>
        <w:rPr>
          <w:rFonts w:asciiTheme="majorHAnsi" w:hAnsiTheme="majorHAnsi" w:cstheme="majorHAnsi"/>
        </w:rPr>
      </w:pPr>
      <w:r w:rsidRPr="005C469D">
        <w:rPr>
          <w:rFonts w:asciiTheme="majorHAnsi" w:hAnsiTheme="majorHAnsi" w:cstheme="majorHAnsi"/>
        </w:rPr>
        <w:t xml:space="preserve">Option 3: Online </w:t>
      </w:r>
      <w:proofErr w:type="spellStart"/>
      <w:r w:rsidRPr="005C469D">
        <w:rPr>
          <w:rFonts w:asciiTheme="majorHAnsi" w:hAnsiTheme="majorHAnsi" w:cstheme="majorHAnsi"/>
        </w:rPr>
        <w:t>Platfroms</w:t>
      </w:r>
      <w:proofErr w:type="spellEnd"/>
      <w:r w:rsidRPr="005C469D">
        <w:rPr>
          <w:rFonts w:asciiTheme="majorHAnsi" w:hAnsiTheme="majorHAnsi" w:cstheme="majorHAnsi"/>
        </w:rPr>
        <w:t xml:space="preserve"> (Google </w:t>
      </w:r>
      <w:proofErr w:type="spellStart"/>
      <w:r w:rsidRPr="005C469D">
        <w:rPr>
          <w:rFonts w:asciiTheme="majorHAnsi" w:hAnsiTheme="majorHAnsi" w:cstheme="majorHAnsi"/>
        </w:rPr>
        <w:t>Colab</w:t>
      </w:r>
      <w:proofErr w:type="spellEnd"/>
      <w:r w:rsidRPr="005C469D">
        <w:rPr>
          <w:rFonts w:asciiTheme="majorHAnsi" w:hAnsiTheme="majorHAnsi" w:cstheme="majorHAnsi"/>
        </w:rPr>
        <w:t xml:space="preserve">, Kaggle, </w:t>
      </w:r>
      <w:proofErr w:type="spellStart"/>
      <w:r w:rsidRPr="005C469D">
        <w:rPr>
          <w:rFonts w:asciiTheme="majorHAnsi" w:hAnsiTheme="majorHAnsi" w:cstheme="majorHAnsi"/>
        </w:rPr>
        <w:t>Replit</w:t>
      </w:r>
      <w:proofErr w:type="spellEnd"/>
      <w:r w:rsidRPr="005C469D">
        <w:rPr>
          <w:rFonts w:asciiTheme="majorHAnsi" w:hAnsiTheme="majorHAnsi" w:cstheme="majorHAnsi"/>
        </w:rPr>
        <w:t>)</w:t>
      </w:r>
    </w:p>
    <w:p w14:paraId="1DDF148D" w14:textId="5C1A0032" w:rsidR="00B07F8F" w:rsidRPr="005C469D" w:rsidRDefault="00B07F8F" w:rsidP="005C469D">
      <w:pPr>
        <w:pStyle w:val="NoSpacing"/>
        <w:rPr>
          <w:rFonts w:asciiTheme="majorHAnsi" w:hAnsiTheme="majorHAnsi" w:cstheme="majorHAnsi"/>
        </w:rPr>
      </w:pPr>
      <w:r w:rsidRPr="005C469D">
        <w:rPr>
          <w:rFonts w:asciiTheme="majorHAnsi" w:hAnsiTheme="majorHAnsi" w:cstheme="majorHAnsi"/>
        </w:rPr>
        <w:t>Option 4: Enterprise Cloud (Azure, Fabric, Databricks, Snowflake)</w:t>
      </w:r>
    </w:p>
    <w:p w14:paraId="1585FB04" w14:textId="1D89CE37" w:rsidR="007F2F10" w:rsidRDefault="00B07F8F" w:rsidP="007F2F10">
      <w:pPr>
        <w:pStyle w:val="ListBullet"/>
        <w:numPr>
          <w:ilvl w:val="0"/>
          <w:numId w:val="0"/>
        </w:numPr>
        <w:ind w:left="360"/>
      </w:pPr>
      <w:r>
        <w:t xml:space="preserve"> </w:t>
      </w:r>
    </w:p>
    <w:p w14:paraId="2F9913C4" w14:textId="52C21492" w:rsidR="00F80BC0" w:rsidRPr="005C469D" w:rsidRDefault="000A68F5" w:rsidP="005C469D">
      <w:pPr>
        <w:pStyle w:val="ListBullet"/>
        <w:numPr>
          <w:ilvl w:val="0"/>
          <w:numId w:val="0"/>
        </w:numPr>
        <w:ind w:left="360" w:hanging="360"/>
        <w:rPr>
          <w:rFonts w:asciiTheme="majorHAnsi" w:hAnsiTheme="majorHAnsi" w:cstheme="majorHAnsi"/>
          <w:b/>
          <w:bCs/>
          <w:sz w:val="22"/>
        </w:rPr>
      </w:pPr>
      <w:r>
        <w:rPr>
          <w:rFonts w:asciiTheme="majorHAnsi" w:hAnsiTheme="majorHAnsi" w:cstheme="majorHAnsi"/>
          <w:b/>
          <w:bCs/>
          <w:sz w:val="22"/>
        </w:rPr>
        <w:t xml:space="preserve">Option 1: </w:t>
      </w:r>
      <w:r w:rsidR="00F80BC0" w:rsidRPr="005C469D">
        <w:rPr>
          <w:rFonts w:asciiTheme="majorHAnsi" w:hAnsiTheme="majorHAnsi" w:cstheme="majorHAnsi"/>
          <w:b/>
          <w:bCs/>
          <w:sz w:val="22"/>
        </w:rPr>
        <w:t>How to Install Python on Windows – Step by Step</w:t>
      </w:r>
    </w:p>
    <w:p w14:paraId="291F7F25" w14:textId="3556ED09" w:rsidR="00F80BC0" w:rsidRPr="005C469D" w:rsidRDefault="00F80BC0" w:rsidP="00F80BC0">
      <w:pPr>
        <w:pStyle w:val="ListBullet"/>
        <w:numPr>
          <w:ilvl w:val="0"/>
          <w:numId w:val="16"/>
        </w:numPr>
        <w:rPr>
          <w:rFonts w:asciiTheme="majorHAnsi" w:hAnsiTheme="majorHAnsi" w:cstheme="majorHAnsi"/>
          <w:sz w:val="22"/>
        </w:rPr>
      </w:pPr>
      <w:r w:rsidRPr="005C469D">
        <w:rPr>
          <w:rFonts w:asciiTheme="majorHAnsi" w:hAnsiTheme="majorHAnsi" w:cstheme="majorHAnsi"/>
          <w:sz w:val="22"/>
        </w:rPr>
        <w:t xml:space="preserve">Visit </w:t>
      </w:r>
      <w:hyperlink r:id="rId12" w:history="1">
        <w:r w:rsidRPr="005C469D">
          <w:rPr>
            <w:rFonts w:asciiTheme="majorHAnsi" w:hAnsiTheme="majorHAnsi" w:cstheme="majorHAnsi"/>
            <w:sz w:val="22"/>
          </w:rPr>
          <w:t xml:space="preserve">Python.org </w:t>
        </w:r>
        <w:r w:rsidRPr="005C469D">
          <w:rPr>
            <w:rFonts w:asciiTheme="majorHAnsi" w:hAnsiTheme="majorHAnsi" w:cstheme="majorHAnsi"/>
            <w:sz w:val="22"/>
          </w:rPr>
          <w:t>D</w:t>
        </w:r>
        <w:r w:rsidRPr="005C469D">
          <w:rPr>
            <w:rFonts w:asciiTheme="majorHAnsi" w:hAnsiTheme="majorHAnsi" w:cstheme="majorHAnsi"/>
            <w:sz w:val="22"/>
          </w:rPr>
          <w:t>ownloads</w:t>
        </w:r>
      </w:hyperlink>
    </w:p>
    <w:p w14:paraId="1AAD6F0E" w14:textId="77777777" w:rsidR="00F80BC0" w:rsidRPr="005C469D" w:rsidRDefault="00F80BC0" w:rsidP="00F80BC0">
      <w:pPr>
        <w:pStyle w:val="ListBullet"/>
        <w:numPr>
          <w:ilvl w:val="0"/>
          <w:numId w:val="16"/>
        </w:numPr>
        <w:rPr>
          <w:rFonts w:asciiTheme="majorHAnsi" w:hAnsiTheme="majorHAnsi" w:cstheme="majorHAnsi"/>
          <w:sz w:val="22"/>
        </w:rPr>
      </w:pPr>
      <w:r w:rsidRPr="005C469D">
        <w:rPr>
          <w:rFonts w:asciiTheme="majorHAnsi" w:hAnsiTheme="majorHAnsi" w:cstheme="majorHAnsi"/>
          <w:sz w:val="22"/>
        </w:rPr>
        <w:t>Download the recommended Windows Python installer or Python Install Manager.</w:t>
      </w:r>
    </w:p>
    <w:p w14:paraId="296C2F99" w14:textId="77777777" w:rsidR="00F80BC0" w:rsidRPr="005C469D" w:rsidRDefault="00F80BC0" w:rsidP="00F80BC0">
      <w:pPr>
        <w:pStyle w:val="ListBullet"/>
        <w:numPr>
          <w:ilvl w:val="0"/>
          <w:numId w:val="16"/>
        </w:numPr>
        <w:rPr>
          <w:rFonts w:asciiTheme="majorHAnsi" w:hAnsiTheme="majorHAnsi" w:cstheme="majorHAnsi"/>
          <w:sz w:val="22"/>
        </w:rPr>
      </w:pPr>
      <w:r w:rsidRPr="005C469D">
        <w:rPr>
          <w:rFonts w:asciiTheme="majorHAnsi" w:hAnsiTheme="majorHAnsi" w:cstheme="majorHAnsi"/>
          <w:sz w:val="22"/>
        </w:rPr>
        <w:t>Run the installer and complete the setup.</w:t>
      </w:r>
    </w:p>
    <w:p w14:paraId="7E1607E5" w14:textId="77777777" w:rsidR="007F2F10" w:rsidRDefault="007F2F10" w:rsidP="00743CD1">
      <w:pPr>
        <w:pStyle w:val="ListBullet"/>
        <w:numPr>
          <w:ilvl w:val="0"/>
          <w:numId w:val="0"/>
        </w:numPr>
        <w:ind w:left="360" w:hanging="360"/>
      </w:pPr>
    </w:p>
    <w:p w14:paraId="5F1581EB" w14:textId="376279B0" w:rsidR="00F80BC0" w:rsidRPr="005C469D" w:rsidRDefault="000A68F5" w:rsidP="005C469D">
      <w:pPr>
        <w:pStyle w:val="ListBullet"/>
        <w:numPr>
          <w:ilvl w:val="0"/>
          <w:numId w:val="0"/>
        </w:numPr>
        <w:ind w:left="360" w:hanging="360"/>
        <w:rPr>
          <w:rFonts w:asciiTheme="majorHAnsi" w:hAnsiTheme="majorHAnsi" w:cstheme="majorHAnsi"/>
          <w:b/>
          <w:bCs/>
          <w:sz w:val="22"/>
        </w:rPr>
      </w:pPr>
      <w:r>
        <w:rPr>
          <w:rFonts w:asciiTheme="majorHAnsi" w:hAnsiTheme="majorHAnsi" w:cstheme="majorHAnsi"/>
          <w:b/>
          <w:bCs/>
          <w:sz w:val="22"/>
        </w:rPr>
        <w:t xml:space="preserve">Option 2: </w:t>
      </w:r>
      <w:r w:rsidR="004169B8" w:rsidRPr="005C469D">
        <w:rPr>
          <w:rFonts w:asciiTheme="majorHAnsi" w:hAnsiTheme="majorHAnsi" w:cstheme="majorHAnsi"/>
          <w:b/>
          <w:bCs/>
          <w:sz w:val="22"/>
        </w:rPr>
        <w:t xml:space="preserve">How to </w:t>
      </w:r>
      <w:r w:rsidR="004169B8" w:rsidRPr="005C469D">
        <w:rPr>
          <w:rFonts w:asciiTheme="majorHAnsi" w:hAnsiTheme="majorHAnsi" w:cstheme="majorHAnsi"/>
          <w:b/>
          <w:bCs/>
          <w:sz w:val="22"/>
        </w:rPr>
        <w:t>Install Python Using Anaconda</w:t>
      </w:r>
      <w:r w:rsidR="004169B8" w:rsidRPr="005C469D">
        <w:rPr>
          <w:rFonts w:asciiTheme="majorHAnsi" w:hAnsiTheme="majorHAnsi" w:cstheme="majorHAnsi"/>
          <w:b/>
          <w:bCs/>
          <w:sz w:val="22"/>
        </w:rPr>
        <w:t xml:space="preserve"> App?</w:t>
      </w:r>
    </w:p>
    <w:p w14:paraId="3EF7A3DB" w14:textId="4689B562" w:rsidR="004169B8" w:rsidRPr="000A68F5" w:rsidRDefault="004169B8" w:rsidP="005C469D">
      <w:pPr>
        <w:pStyle w:val="ListBullet"/>
        <w:numPr>
          <w:ilvl w:val="0"/>
          <w:numId w:val="18"/>
        </w:numPr>
        <w:rPr>
          <w:rFonts w:asciiTheme="majorHAnsi" w:hAnsiTheme="majorHAnsi" w:cstheme="majorHAnsi"/>
          <w:sz w:val="22"/>
          <w:szCs w:val="24"/>
          <w:lang w:val="en-IN"/>
        </w:rPr>
      </w:pPr>
      <w:r w:rsidRPr="000A68F5">
        <w:rPr>
          <w:rFonts w:asciiTheme="majorHAnsi" w:hAnsiTheme="majorHAnsi" w:cstheme="majorHAnsi"/>
          <w:sz w:val="22"/>
          <w:szCs w:val="24"/>
        </w:rPr>
        <w:t xml:space="preserve">Visit </w:t>
      </w:r>
      <w:hyperlink r:id="rId13" w:history="1">
        <w:r w:rsidRPr="000A68F5">
          <w:rPr>
            <w:rStyle w:val="Hyperlink"/>
            <w:rFonts w:asciiTheme="majorHAnsi" w:hAnsiTheme="majorHAnsi" w:cstheme="majorHAnsi"/>
            <w:sz w:val="22"/>
            <w:szCs w:val="24"/>
          </w:rPr>
          <w:t>Anaconda Download</w:t>
        </w:r>
      </w:hyperlink>
    </w:p>
    <w:p w14:paraId="15B4F276" w14:textId="362249EE" w:rsidR="004169B8" w:rsidRPr="000A68F5" w:rsidRDefault="004169B8" w:rsidP="005C469D">
      <w:pPr>
        <w:pStyle w:val="ListBullet"/>
        <w:numPr>
          <w:ilvl w:val="0"/>
          <w:numId w:val="18"/>
        </w:numPr>
        <w:rPr>
          <w:rFonts w:asciiTheme="majorHAnsi" w:hAnsiTheme="majorHAnsi" w:cstheme="majorHAnsi"/>
          <w:sz w:val="22"/>
          <w:szCs w:val="24"/>
          <w:lang w:val="en-IN"/>
        </w:rPr>
      </w:pPr>
      <w:r w:rsidRPr="000A68F5">
        <w:rPr>
          <w:rFonts w:asciiTheme="majorHAnsi" w:hAnsiTheme="majorHAnsi" w:cstheme="majorHAnsi"/>
          <w:sz w:val="22"/>
          <w:szCs w:val="24"/>
          <w:lang w:val="en-IN"/>
        </w:rPr>
        <w:t>Download and install Anaconda</w:t>
      </w:r>
    </w:p>
    <w:p w14:paraId="6D9BB146" w14:textId="5C7B004F" w:rsidR="004169B8" w:rsidRPr="000A68F5" w:rsidRDefault="004169B8" w:rsidP="005C469D">
      <w:pPr>
        <w:pStyle w:val="ListBullet"/>
        <w:numPr>
          <w:ilvl w:val="0"/>
          <w:numId w:val="18"/>
        </w:numPr>
        <w:rPr>
          <w:rFonts w:asciiTheme="majorHAnsi" w:hAnsiTheme="majorHAnsi" w:cstheme="majorHAnsi"/>
          <w:sz w:val="22"/>
          <w:szCs w:val="24"/>
          <w:lang w:val="en-IN"/>
        </w:rPr>
      </w:pPr>
      <w:r w:rsidRPr="000A68F5">
        <w:rPr>
          <w:rFonts w:asciiTheme="majorHAnsi" w:hAnsiTheme="majorHAnsi" w:cstheme="majorHAnsi"/>
          <w:sz w:val="22"/>
          <w:szCs w:val="24"/>
          <w:lang w:val="en-IN"/>
        </w:rPr>
        <w:t>Open Anaconda Navigator</w:t>
      </w:r>
    </w:p>
    <w:p w14:paraId="3F982A4E" w14:textId="75C7B029" w:rsidR="004169B8" w:rsidRPr="000A68F5" w:rsidRDefault="004169B8" w:rsidP="005C469D">
      <w:pPr>
        <w:pStyle w:val="ListBullet"/>
        <w:numPr>
          <w:ilvl w:val="0"/>
          <w:numId w:val="18"/>
        </w:numPr>
        <w:rPr>
          <w:rFonts w:asciiTheme="majorHAnsi" w:hAnsiTheme="majorHAnsi" w:cstheme="majorHAnsi"/>
          <w:sz w:val="22"/>
          <w:szCs w:val="24"/>
          <w:lang w:val="en-IN"/>
        </w:rPr>
      </w:pPr>
      <w:r w:rsidRPr="000A68F5">
        <w:rPr>
          <w:rFonts w:asciiTheme="majorHAnsi" w:hAnsiTheme="majorHAnsi" w:cstheme="majorHAnsi"/>
          <w:sz w:val="22"/>
          <w:szCs w:val="24"/>
          <w:lang w:val="en-IN"/>
        </w:rPr>
        <w:t xml:space="preserve">Launch </w:t>
      </w:r>
      <w:proofErr w:type="spellStart"/>
      <w:r w:rsidRPr="007F7B2C">
        <w:rPr>
          <w:rFonts w:asciiTheme="majorHAnsi" w:hAnsiTheme="majorHAnsi" w:cstheme="majorHAnsi"/>
          <w:b/>
          <w:bCs/>
          <w:sz w:val="22"/>
          <w:szCs w:val="24"/>
          <w:lang w:val="en-IN"/>
        </w:rPr>
        <w:t>JupyterLab</w:t>
      </w:r>
      <w:proofErr w:type="spellEnd"/>
      <w:r w:rsidRPr="000A68F5">
        <w:rPr>
          <w:rFonts w:asciiTheme="majorHAnsi" w:hAnsiTheme="majorHAnsi" w:cstheme="majorHAnsi"/>
          <w:sz w:val="22"/>
          <w:szCs w:val="24"/>
          <w:lang w:val="en-IN"/>
        </w:rPr>
        <w:t xml:space="preserve"> or Jupyter Notebook</w:t>
      </w:r>
    </w:p>
    <w:p w14:paraId="3E421BE4" w14:textId="6BB91B51" w:rsidR="004169B8" w:rsidRPr="000A68F5" w:rsidRDefault="004169B8" w:rsidP="005C469D">
      <w:pPr>
        <w:pStyle w:val="ListBullet"/>
        <w:numPr>
          <w:ilvl w:val="0"/>
          <w:numId w:val="18"/>
        </w:numPr>
        <w:rPr>
          <w:rFonts w:asciiTheme="majorHAnsi" w:hAnsiTheme="majorHAnsi" w:cstheme="majorHAnsi"/>
          <w:sz w:val="22"/>
          <w:szCs w:val="24"/>
          <w:lang w:val="en-IN"/>
        </w:rPr>
      </w:pPr>
      <w:r w:rsidRPr="000A68F5">
        <w:rPr>
          <w:rFonts w:asciiTheme="majorHAnsi" w:hAnsiTheme="majorHAnsi" w:cstheme="majorHAnsi"/>
          <w:sz w:val="22"/>
          <w:szCs w:val="24"/>
          <w:lang w:val="en-IN"/>
        </w:rPr>
        <w:t xml:space="preserve">Create a </w:t>
      </w:r>
      <w:r w:rsidRPr="00744485">
        <w:rPr>
          <w:rFonts w:asciiTheme="majorHAnsi" w:hAnsiTheme="majorHAnsi" w:cstheme="majorHAnsi"/>
          <w:sz w:val="22"/>
          <w:lang w:val="en-IN"/>
        </w:rPr>
        <w:t>Python</w:t>
      </w:r>
      <w:r w:rsidRPr="000A68F5">
        <w:rPr>
          <w:rFonts w:asciiTheme="majorHAnsi" w:hAnsiTheme="majorHAnsi" w:cstheme="majorHAnsi"/>
          <w:sz w:val="22"/>
          <w:szCs w:val="24"/>
          <w:lang w:val="en-IN"/>
        </w:rPr>
        <w:t xml:space="preserve"> notebook</w:t>
      </w:r>
      <w:r w:rsidR="005C469D" w:rsidRPr="000A68F5">
        <w:rPr>
          <w:rFonts w:asciiTheme="majorHAnsi" w:hAnsiTheme="majorHAnsi" w:cstheme="majorHAnsi"/>
          <w:sz w:val="22"/>
          <w:szCs w:val="24"/>
          <w:lang w:val="en-IN"/>
        </w:rPr>
        <w:t xml:space="preserve"> </w:t>
      </w:r>
      <w:r w:rsidR="005C469D" w:rsidRPr="000A68F5">
        <w:rPr>
          <w:rFonts w:asciiTheme="majorHAnsi" w:hAnsiTheme="majorHAnsi" w:cstheme="majorHAnsi"/>
          <w:sz w:val="22"/>
          <w:szCs w:val="24"/>
          <w:lang w:val="en-IN"/>
        </w:rPr>
        <w:sym w:font="Wingdings" w:char="F0E0"/>
      </w:r>
      <w:r w:rsidR="005C469D" w:rsidRPr="000A68F5">
        <w:rPr>
          <w:rFonts w:asciiTheme="majorHAnsi" w:hAnsiTheme="majorHAnsi" w:cstheme="majorHAnsi"/>
          <w:sz w:val="22"/>
          <w:szCs w:val="24"/>
          <w:lang w:val="en-IN"/>
        </w:rPr>
        <w:t xml:space="preserve"> </w:t>
      </w:r>
      <w:r w:rsidRPr="000A68F5">
        <w:rPr>
          <w:rFonts w:asciiTheme="majorHAnsi" w:hAnsiTheme="majorHAnsi" w:cstheme="majorHAnsi"/>
          <w:sz w:val="22"/>
          <w:szCs w:val="24"/>
          <w:lang w:val="en-IN"/>
        </w:rPr>
        <w:t>Execute</w:t>
      </w:r>
    </w:p>
    <w:p w14:paraId="1D2493FB" w14:textId="77777777" w:rsidR="004169B8" w:rsidRDefault="004169B8" w:rsidP="004169B8">
      <w:pPr>
        <w:pStyle w:val="ListBullet"/>
        <w:numPr>
          <w:ilvl w:val="0"/>
          <w:numId w:val="0"/>
        </w:numPr>
        <w:ind w:left="360"/>
        <w:rPr>
          <w:lang w:val="en-IN"/>
        </w:rPr>
      </w:pPr>
    </w:p>
    <w:p w14:paraId="7494F071" w14:textId="17F0B333" w:rsidR="000A68F5" w:rsidRPr="000A68F5" w:rsidRDefault="000A68F5" w:rsidP="000A68F5">
      <w:pPr>
        <w:pStyle w:val="ListBullet"/>
        <w:numPr>
          <w:ilvl w:val="0"/>
          <w:numId w:val="0"/>
        </w:numPr>
        <w:ind w:left="360" w:hanging="360"/>
        <w:rPr>
          <w:rFonts w:asciiTheme="majorHAnsi" w:hAnsiTheme="majorHAnsi" w:cstheme="majorHAnsi"/>
          <w:b/>
          <w:bCs/>
          <w:sz w:val="24"/>
          <w:szCs w:val="24"/>
        </w:rPr>
      </w:pPr>
      <w:r w:rsidRPr="000A68F5">
        <w:rPr>
          <w:rFonts w:asciiTheme="majorHAnsi" w:hAnsiTheme="majorHAnsi" w:cstheme="majorHAnsi"/>
          <w:b/>
          <w:bCs/>
          <w:sz w:val="24"/>
          <w:szCs w:val="24"/>
        </w:rPr>
        <w:t xml:space="preserve">Option 3: </w:t>
      </w:r>
      <w:r w:rsidRPr="000A68F5">
        <w:rPr>
          <w:rFonts w:asciiTheme="majorHAnsi" w:hAnsiTheme="majorHAnsi" w:cstheme="majorHAnsi"/>
          <w:b/>
          <w:bCs/>
          <w:sz w:val="24"/>
          <w:szCs w:val="24"/>
        </w:rPr>
        <w:t>Run Python Without Installing Anything</w:t>
      </w:r>
    </w:p>
    <w:p w14:paraId="668BB1BB" w14:textId="77777777" w:rsidR="00744485" w:rsidRPr="00744485" w:rsidRDefault="000A68F5" w:rsidP="00744485">
      <w:pPr>
        <w:pStyle w:val="ListBullet"/>
        <w:numPr>
          <w:ilvl w:val="0"/>
          <w:numId w:val="21"/>
        </w:numPr>
        <w:rPr>
          <w:rFonts w:asciiTheme="majorHAnsi" w:hAnsiTheme="majorHAnsi" w:cstheme="majorHAnsi"/>
          <w:sz w:val="22"/>
          <w:lang w:val="en-IN"/>
        </w:rPr>
      </w:pPr>
      <w:hyperlink r:id="rId14" w:history="1">
        <w:r w:rsidRPr="000A68F5">
          <w:rPr>
            <w:rStyle w:val="Hyperlink"/>
            <w:rFonts w:asciiTheme="majorHAnsi" w:hAnsiTheme="majorHAnsi" w:cstheme="majorHAnsi"/>
            <w:sz w:val="22"/>
            <w:lang w:val="en-IN"/>
          </w:rPr>
          <w:t xml:space="preserve">Google </w:t>
        </w:r>
        <w:proofErr w:type="spellStart"/>
        <w:r w:rsidRPr="000A68F5">
          <w:rPr>
            <w:rStyle w:val="Hyperlink"/>
            <w:rFonts w:asciiTheme="majorHAnsi" w:hAnsiTheme="majorHAnsi" w:cstheme="majorHAnsi"/>
            <w:sz w:val="22"/>
            <w:lang w:val="en-IN"/>
          </w:rPr>
          <w:t>Colab</w:t>
        </w:r>
      </w:hyperlink>
      <w:proofErr w:type="spellEnd"/>
    </w:p>
    <w:p w14:paraId="0F4E9136" w14:textId="77777777" w:rsidR="00744485" w:rsidRPr="00744485" w:rsidRDefault="00744485" w:rsidP="00744485">
      <w:pPr>
        <w:pStyle w:val="ListBullet"/>
        <w:numPr>
          <w:ilvl w:val="0"/>
          <w:numId w:val="21"/>
        </w:numPr>
        <w:rPr>
          <w:rFonts w:asciiTheme="majorHAnsi" w:hAnsiTheme="majorHAnsi" w:cstheme="majorHAnsi"/>
          <w:sz w:val="22"/>
          <w:lang w:val="en-IN"/>
        </w:rPr>
      </w:pPr>
      <w:r w:rsidRPr="00744485">
        <w:rPr>
          <w:lang w:val="en-IN"/>
        </w:rPr>
        <w:t>Sign in with a Google account</w:t>
      </w:r>
    </w:p>
    <w:p w14:paraId="073DDD0B" w14:textId="500AD825" w:rsidR="000A68F5" w:rsidRPr="00744485" w:rsidRDefault="00744485" w:rsidP="00744485">
      <w:pPr>
        <w:pStyle w:val="ListBullet"/>
        <w:numPr>
          <w:ilvl w:val="0"/>
          <w:numId w:val="21"/>
        </w:numPr>
        <w:rPr>
          <w:lang w:val="en-IN"/>
        </w:rPr>
      </w:pPr>
      <w:r w:rsidRPr="000A68F5">
        <w:rPr>
          <w:rFonts w:asciiTheme="majorHAnsi" w:hAnsiTheme="majorHAnsi" w:cstheme="majorHAnsi"/>
          <w:sz w:val="22"/>
          <w:szCs w:val="24"/>
          <w:lang w:val="en-IN"/>
        </w:rPr>
        <w:t xml:space="preserve">Create a </w:t>
      </w:r>
      <w:r w:rsidRPr="00744485">
        <w:rPr>
          <w:rFonts w:asciiTheme="majorHAnsi" w:hAnsiTheme="majorHAnsi" w:cstheme="majorHAnsi"/>
          <w:sz w:val="22"/>
          <w:lang w:val="en-IN"/>
        </w:rPr>
        <w:t>Python</w:t>
      </w:r>
      <w:r w:rsidRPr="000A68F5">
        <w:rPr>
          <w:rFonts w:asciiTheme="majorHAnsi" w:hAnsiTheme="majorHAnsi" w:cstheme="majorHAnsi"/>
          <w:sz w:val="22"/>
          <w:szCs w:val="24"/>
          <w:lang w:val="en-IN"/>
        </w:rPr>
        <w:t xml:space="preserve"> notebook </w:t>
      </w:r>
      <w:r w:rsidRPr="000A68F5">
        <w:rPr>
          <w:rFonts w:asciiTheme="majorHAnsi" w:hAnsiTheme="majorHAnsi" w:cstheme="majorHAnsi"/>
          <w:sz w:val="22"/>
          <w:szCs w:val="24"/>
          <w:lang w:val="en-IN"/>
        </w:rPr>
        <w:sym w:font="Wingdings" w:char="F0E0"/>
      </w:r>
      <w:r w:rsidRPr="000A68F5">
        <w:rPr>
          <w:rFonts w:asciiTheme="majorHAnsi" w:hAnsiTheme="majorHAnsi" w:cstheme="majorHAnsi"/>
          <w:sz w:val="22"/>
          <w:szCs w:val="24"/>
          <w:lang w:val="en-IN"/>
        </w:rPr>
        <w:t xml:space="preserve"> Execute</w:t>
      </w:r>
      <w:r>
        <w:rPr>
          <w:rFonts w:asciiTheme="majorHAnsi" w:hAnsiTheme="majorHAnsi" w:cstheme="majorHAnsi"/>
          <w:sz w:val="22"/>
          <w:szCs w:val="24"/>
          <w:lang w:val="en-IN"/>
        </w:rPr>
        <w:t xml:space="preserve"> </w:t>
      </w:r>
    </w:p>
    <w:p w14:paraId="2066BBEE" w14:textId="77777777" w:rsidR="00744485" w:rsidRDefault="00744485" w:rsidP="00744485">
      <w:pPr>
        <w:pStyle w:val="ListBullet"/>
        <w:numPr>
          <w:ilvl w:val="0"/>
          <w:numId w:val="0"/>
        </w:numPr>
        <w:ind w:left="360" w:hanging="360"/>
        <w:rPr>
          <w:lang w:val="en-IN"/>
        </w:rPr>
      </w:pPr>
    </w:p>
    <w:p w14:paraId="0D4F9A31" w14:textId="2A15310F" w:rsidR="00CF6971" w:rsidRDefault="00CF6971" w:rsidP="00744485">
      <w:pPr>
        <w:pStyle w:val="ListBullet"/>
        <w:numPr>
          <w:ilvl w:val="0"/>
          <w:numId w:val="0"/>
        </w:numPr>
        <w:ind w:left="360" w:hanging="360"/>
        <w:rPr>
          <w:rFonts w:asciiTheme="majorHAnsi" w:hAnsiTheme="majorHAnsi" w:cstheme="majorHAnsi"/>
          <w:b/>
          <w:bCs/>
          <w:sz w:val="24"/>
          <w:szCs w:val="24"/>
        </w:rPr>
      </w:pPr>
      <w:r>
        <w:rPr>
          <w:rFonts w:asciiTheme="majorHAnsi" w:hAnsiTheme="majorHAnsi" w:cstheme="majorHAnsi"/>
          <w:b/>
          <w:bCs/>
          <w:sz w:val="24"/>
          <w:szCs w:val="24"/>
        </w:rPr>
        <w:t xml:space="preserve">Option 4: </w:t>
      </w:r>
      <w:r w:rsidRPr="00CF6971">
        <w:rPr>
          <w:rFonts w:asciiTheme="majorHAnsi" w:hAnsiTheme="majorHAnsi" w:cstheme="majorHAnsi"/>
          <w:b/>
          <w:bCs/>
          <w:sz w:val="24"/>
          <w:szCs w:val="24"/>
        </w:rPr>
        <w:t>Run Python in Azure, Fabric, Databricks and Snowflake</w:t>
      </w:r>
    </w:p>
    <w:p w14:paraId="7CAD64D9" w14:textId="77777777" w:rsidR="00F809D2" w:rsidRPr="00F809D2" w:rsidRDefault="00F809D2" w:rsidP="00F809D2">
      <w:pPr>
        <w:pStyle w:val="ListBullet"/>
        <w:numPr>
          <w:ilvl w:val="0"/>
          <w:numId w:val="23"/>
        </w:numPr>
        <w:rPr>
          <w:rFonts w:asciiTheme="majorHAnsi" w:hAnsiTheme="majorHAnsi" w:cstheme="majorHAnsi"/>
          <w:sz w:val="22"/>
          <w:szCs w:val="24"/>
          <w:lang w:val="en-IN"/>
        </w:rPr>
      </w:pPr>
      <w:r w:rsidRPr="00F809D2">
        <w:rPr>
          <w:rFonts w:asciiTheme="majorHAnsi" w:hAnsiTheme="majorHAnsi" w:cstheme="majorHAnsi"/>
          <w:sz w:val="22"/>
          <w:szCs w:val="24"/>
          <w:lang w:val="en-IN"/>
        </w:rPr>
        <w:t>Sign Up / Sign in to desired Cloud Platform</w:t>
      </w:r>
    </w:p>
    <w:p w14:paraId="700ACA71" w14:textId="08A3C92E" w:rsidR="00F809D2" w:rsidRPr="00F809D2" w:rsidRDefault="0076044F" w:rsidP="00F809D2">
      <w:pPr>
        <w:pStyle w:val="ListBullet"/>
        <w:numPr>
          <w:ilvl w:val="0"/>
          <w:numId w:val="23"/>
        </w:numPr>
        <w:rPr>
          <w:rFonts w:asciiTheme="majorHAnsi" w:hAnsiTheme="majorHAnsi" w:cstheme="majorHAnsi"/>
          <w:sz w:val="22"/>
          <w:szCs w:val="24"/>
          <w:lang w:val="en-IN"/>
        </w:rPr>
      </w:pPr>
      <w:r>
        <w:rPr>
          <w:rFonts w:asciiTheme="majorHAnsi" w:hAnsiTheme="majorHAnsi" w:cstheme="majorHAnsi"/>
          <w:sz w:val="22"/>
          <w:szCs w:val="24"/>
          <w:lang w:val="en-IN"/>
        </w:rPr>
        <w:t>Set up the Environment for Resource Allocation</w:t>
      </w:r>
    </w:p>
    <w:p w14:paraId="009E3069" w14:textId="196C6FD4" w:rsidR="00F809D2" w:rsidRDefault="00F809D2" w:rsidP="00F809D2">
      <w:pPr>
        <w:pStyle w:val="ListBullet"/>
        <w:numPr>
          <w:ilvl w:val="0"/>
          <w:numId w:val="23"/>
        </w:numPr>
        <w:rPr>
          <w:rFonts w:asciiTheme="majorHAnsi" w:hAnsiTheme="majorHAnsi" w:cstheme="majorHAnsi"/>
          <w:sz w:val="22"/>
          <w:szCs w:val="24"/>
          <w:lang w:val="en-IN"/>
        </w:rPr>
      </w:pPr>
      <w:r w:rsidRPr="00F809D2">
        <w:rPr>
          <w:rFonts w:asciiTheme="majorHAnsi" w:hAnsiTheme="majorHAnsi" w:cstheme="majorHAnsi"/>
          <w:sz w:val="22"/>
          <w:szCs w:val="24"/>
          <w:lang w:val="en-IN"/>
        </w:rPr>
        <w:t xml:space="preserve">Create Notebook </w:t>
      </w:r>
      <w:r w:rsidRPr="00F809D2">
        <w:rPr>
          <w:rFonts w:asciiTheme="majorHAnsi" w:hAnsiTheme="majorHAnsi" w:cstheme="majorHAnsi"/>
          <w:sz w:val="22"/>
          <w:szCs w:val="24"/>
          <w:lang w:val="en-IN"/>
        </w:rPr>
        <w:sym w:font="Wingdings" w:char="F0E0"/>
      </w:r>
      <w:r w:rsidRPr="00F809D2">
        <w:rPr>
          <w:rFonts w:asciiTheme="majorHAnsi" w:hAnsiTheme="majorHAnsi" w:cstheme="majorHAnsi"/>
          <w:sz w:val="22"/>
          <w:szCs w:val="24"/>
          <w:lang w:val="en-IN"/>
        </w:rPr>
        <w:t xml:space="preserve"> Execute </w:t>
      </w:r>
      <w:r>
        <w:rPr>
          <w:rFonts w:asciiTheme="majorHAnsi" w:hAnsiTheme="majorHAnsi" w:cstheme="majorHAnsi"/>
          <w:sz w:val="22"/>
          <w:szCs w:val="24"/>
          <w:lang w:val="en-IN"/>
        </w:rPr>
        <w:t xml:space="preserve"> </w:t>
      </w:r>
    </w:p>
    <w:p w14:paraId="1A8E7F49" w14:textId="77777777" w:rsidR="005F7DAA" w:rsidRDefault="005F7DAA" w:rsidP="005F7DAA">
      <w:pPr>
        <w:pStyle w:val="ListBullet"/>
        <w:numPr>
          <w:ilvl w:val="0"/>
          <w:numId w:val="0"/>
        </w:numPr>
        <w:ind w:left="1080"/>
        <w:rPr>
          <w:rFonts w:asciiTheme="majorHAnsi" w:hAnsiTheme="majorHAnsi" w:cstheme="majorHAnsi"/>
          <w:sz w:val="22"/>
          <w:szCs w:val="24"/>
          <w:lang w:val="en-IN"/>
        </w:rPr>
      </w:pPr>
    </w:p>
    <w:p w14:paraId="484600C4" w14:textId="77777777" w:rsidR="005F7DAA" w:rsidRDefault="005F7DAA" w:rsidP="005F7DAA">
      <w:pPr>
        <w:pStyle w:val="ListBullet"/>
        <w:numPr>
          <w:ilvl w:val="0"/>
          <w:numId w:val="0"/>
        </w:numPr>
        <w:ind w:left="1080"/>
        <w:rPr>
          <w:rFonts w:asciiTheme="majorHAnsi" w:hAnsiTheme="majorHAnsi" w:cstheme="majorHAnsi"/>
          <w:sz w:val="22"/>
          <w:szCs w:val="24"/>
          <w:lang w:val="en-IN"/>
        </w:rPr>
      </w:pPr>
    </w:p>
    <w:p w14:paraId="02429ED3" w14:textId="7B7B3982" w:rsidR="00E30C12" w:rsidRPr="00C82B91" w:rsidRDefault="00000000" w:rsidP="00C82B91">
      <w:pPr>
        <w:ind w:firstLine="720"/>
        <w:rPr>
          <w:b/>
          <w:bCs/>
        </w:rPr>
      </w:pPr>
      <w:r w:rsidRPr="00C82B91">
        <w:rPr>
          <w:b/>
          <w:bCs/>
          <w:highlight w:val="yellow"/>
        </w:rPr>
        <w:t>SQL School</w:t>
      </w:r>
      <w:r w:rsidR="00C82B91" w:rsidRPr="00C82B91">
        <w:rPr>
          <w:b/>
          <w:bCs/>
          <w:highlight w:val="yellow"/>
        </w:rPr>
        <w:tab/>
      </w:r>
      <w:r w:rsidRPr="00C82B91">
        <w:rPr>
          <w:b/>
          <w:bCs/>
          <w:highlight w:val="yellow"/>
        </w:rPr>
        <w:t xml:space="preserve"> | </w:t>
      </w:r>
      <w:r w:rsidR="00C82B91" w:rsidRPr="00C82B91">
        <w:rPr>
          <w:b/>
          <w:bCs/>
          <w:highlight w:val="yellow"/>
        </w:rPr>
        <w:tab/>
        <w:t>Python Trainings &amp; Projects</w:t>
      </w:r>
      <w:r w:rsidR="00C82B91" w:rsidRPr="00C82B91">
        <w:rPr>
          <w:b/>
          <w:bCs/>
          <w:highlight w:val="yellow"/>
        </w:rPr>
        <w:tab/>
      </w:r>
      <w:r w:rsidRPr="00C82B91">
        <w:rPr>
          <w:b/>
          <w:bCs/>
          <w:highlight w:val="yellow"/>
        </w:rPr>
        <w:t xml:space="preserve"> |</w:t>
      </w:r>
      <w:r w:rsidR="00C82B91" w:rsidRPr="00C82B91">
        <w:rPr>
          <w:b/>
          <w:bCs/>
          <w:highlight w:val="yellow"/>
        </w:rPr>
        <w:tab/>
      </w:r>
      <w:r w:rsidRPr="00C82B91">
        <w:rPr>
          <w:b/>
          <w:bCs/>
          <w:highlight w:val="yellow"/>
        </w:rPr>
        <w:t xml:space="preserve"> </w:t>
      </w:r>
      <w:hyperlink r:id="rId15" w:history="1">
        <w:r w:rsidR="00C82B91" w:rsidRPr="00C82B91">
          <w:rPr>
            <w:rStyle w:val="Hyperlink"/>
            <w:b/>
            <w:bCs/>
            <w:highlight w:val="yellow"/>
          </w:rPr>
          <w:t>https://sqlschool.com</w:t>
        </w:r>
      </w:hyperlink>
      <w:r w:rsidR="00C82B91" w:rsidRPr="00C82B91">
        <w:rPr>
          <w:b/>
          <w:bCs/>
        </w:rPr>
        <w:t xml:space="preserve"> </w:t>
      </w:r>
    </w:p>
    <w:sectPr w:rsidR="00E30C12" w:rsidRPr="00C82B91" w:rsidSect="00034616">
      <w:headerReference w:type="default" r:id="rId16"/>
      <w:footerReference w:type="default" r:id="rId17"/>
      <w:pgSz w:w="12240" w:h="15840"/>
      <w:pgMar w:top="1008" w:right="1800" w:bottom="936" w:left="180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4F0E3" w14:textId="77777777" w:rsidR="001F3912" w:rsidRDefault="001F3912">
      <w:pPr>
        <w:spacing w:after="0" w:line="240" w:lineRule="auto"/>
      </w:pPr>
      <w:r>
        <w:separator/>
      </w:r>
    </w:p>
  </w:endnote>
  <w:endnote w:type="continuationSeparator" w:id="0">
    <w:p w14:paraId="65F58FAC" w14:textId="77777777" w:rsidR="001F3912" w:rsidRDefault="001F3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DC600" w14:textId="77777777" w:rsidR="00E30C12" w:rsidRDefault="00000000">
    <w:pPr>
      <w:pStyle w:val="Footer"/>
      <w:jc w:val="right"/>
    </w:pPr>
    <w:r>
      <w:rPr>
        <w:sz w:val="16"/>
      </w:rPr>
      <w:t xml:space="preserve">SQL </w:t>
    </w:r>
    <w:proofErr w:type="gramStart"/>
    <w:r>
      <w:rPr>
        <w:sz w:val="16"/>
      </w:rPr>
      <w:t>School  •</w:t>
    </w:r>
    <w:proofErr w:type="gramEnd"/>
    <w:r>
      <w:rPr>
        <w:sz w:val="16"/>
      </w:rPr>
      <w:t xml:space="preserve">  </w:t>
    </w:r>
    <w:proofErr w:type="gramStart"/>
    <w:r>
      <w:rPr>
        <w:sz w:val="16"/>
      </w:rPr>
      <w:t>www.sqlschool.com  •</w:t>
    </w:r>
    <w:proofErr w:type="gramEnd"/>
    <w:r>
      <w:rPr>
        <w:sz w:val="16"/>
      </w:rPr>
      <w:t xml:space="preserve">  Classroom handout &amp; trainer guide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13E81" w14:textId="77777777" w:rsidR="001F3912" w:rsidRDefault="001F3912">
      <w:pPr>
        <w:spacing w:after="0" w:line="240" w:lineRule="auto"/>
      </w:pPr>
      <w:r>
        <w:separator/>
      </w:r>
    </w:p>
  </w:footnote>
  <w:footnote w:type="continuationSeparator" w:id="0">
    <w:p w14:paraId="485C907C" w14:textId="77777777" w:rsidR="001F3912" w:rsidRDefault="001F3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7E07C" w14:textId="7C1E8311" w:rsidR="00E30C12" w:rsidRDefault="00000000">
    <w:pPr>
      <w:pStyle w:val="Caption"/>
    </w:pPr>
    <w:r>
      <w:rPr>
        <w:color w:val="0C6A8B"/>
      </w:rPr>
      <w:t xml:space="preserve">SQL </w:t>
    </w:r>
    <w:proofErr w:type="gramStart"/>
    <w:r>
      <w:rPr>
        <w:color w:val="0C6A8B"/>
      </w:rPr>
      <w:t>SCHOOL  |</w:t>
    </w:r>
    <w:proofErr w:type="gramEnd"/>
    <w:r>
      <w:rPr>
        <w:color w:val="0C6A8B"/>
      </w:rPr>
      <w:t xml:space="preserve">  PYTHON </w:t>
    </w:r>
    <w:r w:rsidR="002E6A77">
      <w:rPr>
        <w:color w:val="0C6A8B"/>
      </w:rPr>
      <w:t>INTRO &amp; JOB SCOPE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FAF2E70"/>
    <w:multiLevelType w:val="hybridMultilevel"/>
    <w:tmpl w:val="502ABA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9205C5E"/>
    <w:multiLevelType w:val="hybridMultilevel"/>
    <w:tmpl w:val="50E4C0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44D7D99"/>
    <w:multiLevelType w:val="hybridMultilevel"/>
    <w:tmpl w:val="5D144B5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 w15:restartNumberingAfterBreak="0">
    <w:nsid w:val="4AC11AAB"/>
    <w:multiLevelType w:val="hybridMultilevel"/>
    <w:tmpl w:val="DAEE98F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5F8250A5"/>
    <w:multiLevelType w:val="hybridMultilevel"/>
    <w:tmpl w:val="FEAA6C64"/>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5FB44857"/>
    <w:multiLevelType w:val="hybridMultilevel"/>
    <w:tmpl w:val="DAEE98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5" w15:restartNumberingAfterBreak="0">
    <w:nsid w:val="649C6F48"/>
    <w:multiLevelType w:val="hybridMultilevel"/>
    <w:tmpl w:val="C0A8659C"/>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699F4602"/>
    <w:multiLevelType w:val="multilevel"/>
    <w:tmpl w:val="EC16C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B651E4"/>
    <w:multiLevelType w:val="multilevel"/>
    <w:tmpl w:val="CA42F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C87F67"/>
    <w:multiLevelType w:val="multilevel"/>
    <w:tmpl w:val="F05C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9682004">
    <w:abstractNumId w:val="8"/>
  </w:num>
  <w:num w:numId="2" w16cid:durableId="1346052087">
    <w:abstractNumId w:val="6"/>
  </w:num>
  <w:num w:numId="3" w16cid:durableId="1015688243">
    <w:abstractNumId w:val="5"/>
  </w:num>
  <w:num w:numId="4" w16cid:durableId="714086633">
    <w:abstractNumId w:val="4"/>
  </w:num>
  <w:num w:numId="5" w16cid:durableId="116461291">
    <w:abstractNumId w:val="7"/>
  </w:num>
  <w:num w:numId="6" w16cid:durableId="877277823">
    <w:abstractNumId w:val="3"/>
  </w:num>
  <w:num w:numId="7" w16cid:durableId="1489662874">
    <w:abstractNumId w:val="2"/>
  </w:num>
  <w:num w:numId="8" w16cid:durableId="738334505">
    <w:abstractNumId w:val="1"/>
  </w:num>
  <w:num w:numId="9" w16cid:durableId="1103575767">
    <w:abstractNumId w:val="0"/>
  </w:num>
  <w:num w:numId="10" w16cid:durableId="327368143">
    <w:abstractNumId w:val="18"/>
  </w:num>
  <w:num w:numId="11" w16cid:durableId="1756976849">
    <w:abstractNumId w:val="13"/>
  </w:num>
  <w:num w:numId="12" w16cid:durableId="1870409617">
    <w:abstractNumId w:val="16"/>
  </w:num>
  <w:num w:numId="13" w16cid:durableId="2066371296">
    <w:abstractNumId w:val="9"/>
  </w:num>
  <w:num w:numId="14" w16cid:durableId="390926050">
    <w:abstractNumId w:val="10"/>
  </w:num>
  <w:num w:numId="15" w16cid:durableId="459811224">
    <w:abstractNumId w:val="17"/>
  </w:num>
  <w:num w:numId="16" w16cid:durableId="173033117">
    <w:abstractNumId w:val="11"/>
  </w:num>
  <w:num w:numId="17" w16cid:durableId="1048921884">
    <w:abstractNumId w:val="8"/>
  </w:num>
  <w:num w:numId="18" w16cid:durableId="1388070448">
    <w:abstractNumId w:val="14"/>
  </w:num>
  <w:num w:numId="19" w16cid:durableId="899172016">
    <w:abstractNumId w:val="8"/>
  </w:num>
  <w:num w:numId="20" w16cid:durableId="709694371">
    <w:abstractNumId w:val="8"/>
  </w:num>
  <w:num w:numId="21" w16cid:durableId="1829903427">
    <w:abstractNumId w:val="15"/>
  </w:num>
  <w:num w:numId="22" w16cid:durableId="1134248652">
    <w:abstractNumId w:val="8"/>
  </w:num>
  <w:num w:numId="23" w16cid:durableId="13019569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3DF"/>
    <w:rsid w:val="00034616"/>
    <w:rsid w:val="0006063C"/>
    <w:rsid w:val="000A68F5"/>
    <w:rsid w:val="000F4FB5"/>
    <w:rsid w:val="000F69DA"/>
    <w:rsid w:val="001140F4"/>
    <w:rsid w:val="0015074B"/>
    <w:rsid w:val="001B2B92"/>
    <w:rsid w:val="001F3912"/>
    <w:rsid w:val="00212D24"/>
    <w:rsid w:val="00227FE3"/>
    <w:rsid w:val="0029639D"/>
    <w:rsid w:val="002D20BF"/>
    <w:rsid w:val="002E6A77"/>
    <w:rsid w:val="00326F90"/>
    <w:rsid w:val="003422F0"/>
    <w:rsid w:val="0039452D"/>
    <w:rsid w:val="003A4230"/>
    <w:rsid w:val="003E7180"/>
    <w:rsid w:val="004169B8"/>
    <w:rsid w:val="00434848"/>
    <w:rsid w:val="004E5A6A"/>
    <w:rsid w:val="00586A01"/>
    <w:rsid w:val="005C469D"/>
    <w:rsid w:val="005F7DAA"/>
    <w:rsid w:val="006B201E"/>
    <w:rsid w:val="00743CD1"/>
    <w:rsid w:val="00744485"/>
    <w:rsid w:val="0076044F"/>
    <w:rsid w:val="00763E16"/>
    <w:rsid w:val="007F2F10"/>
    <w:rsid w:val="007F3D68"/>
    <w:rsid w:val="007F7B2C"/>
    <w:rsid w:val="00831814"/>
    <w:rsid w:val="008552D8"/>
    <w:rsid w:val="008B4AD8"/>
    <w:rsid w:val="008B63D5"/>
    <w:rsid w:val="00931E83"/>
    <w:rsid w:val="00953227"/>
    <w:rsid w:val="00963A98"/>
    <w:rsid w:val="00A60103"/>
    <w:rsid w:val="00A87131"/>
    <w:rsid w:val="00AA1D8D"/>
    <w:rsid w:val="00AC2FEA"/>
    <w:rsid w:val="00B07F8F"/>
    <w:rsid w:val="00B355D5"/>
    <w:rsid w:val="00B47730"/>
    <w:rsid w:val="00C655B3"/>
    <w:rsid w:val="00C7181D"/>
    <w:rsid w:val="00C82B91"/>
    <w:rsid w:val="00CB0664"/>
    <w:rsid w:val="00CB3E77"/>
    <w:rsid w:val="00CB5828"/>
    <w:rsid w:val="00CD4ECF"/>
    <w:rsid w:val="00CE4E54"/>
    <w:rsid w:val="00CF6971"/>
    <w:rsid w:val="00D75B73"/>
    <w:rsid w:val="00D82630"/>
    <w:rsid w:val="00DA6E3C"/>
    <w:rsid w:val="00E30C12"/>
    <w:rsid w:val="00F144E3"/>
    <w:rsid w:val="00F624E8"/>
    <w:rsid w:val="00F6777B"/>
    <w:rsid w:val="00F809D2"/>
    <w:rsid w:val="00F80B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D11A68"/>
  <w14:defaultImageDpi w14:val="300"/>
  <w15:docId w15:val="{70BEC82C-1941-4062-85E7-04D4E7406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1407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C6A8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1407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82B91"/>
    <w:rPr>
      <w:color w:val="0000FF" w:themeColor="hyperlink"/>
      <w:u w:val="single"/>
    </w:rPr>
  </w:style>
  <w:style w:type="character" w:styleId="UnresolvedMention">
    <w:name w:val="Unresolved Mention"/>
    <w:basedOn w:val="DefaultParagraphFont"/>
    <w:uiPriority w:val="99"/>
    <w:semiHidden/>
    <w:unhideWhenUsed/>
    <w:rsid w:val="00C82B91"/>
    <w:rPr>
      <w:color w:val="605E5C"/>
      <w:shd w:val="clear" w:color="auto" w:fill="E1DFDD"/>
    </w:rPr>
  </w:style>
  <w:style w:type="paragraph" w:styleId="NormalWeb">
    <w:name w:val="Normal (Web)"/>
    <w:basedOn w:val="Normal"/>
    <w:uiPriority w:val="99"/>
    <w:semiHidden/>
    <w:unhideWhenUsed/>
    <w:rsid w:val="00A60103"/>
    <w:rPr>
      <w:rFonts w:ascii="Times New Roman" w:hAnsi="Times New Roman" w:cs="Times New Roman"/>
      <w:sz w:val="24"/>
      <w:szCs w:val="24"/>
    </w:rPr>
  </w:style>
  <w:style w:type="character" w:styleId="HTMLCode">
    <w:name w:val="HTML Code"/>
    <w:basedOn w:val="DefaultParagraphFont"/>
    <w:uiPriority w:val="99"/>
    <w:semiHidden/>
    <w:unhideWhenUsed/>
    <w:rsid w:val="000A68F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naconda.com/download?utm_source=chatgpt.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ython.org/downloads/?utm_source=chatgpt.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sqlschool.com"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olab.research.google.com/?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Sai Phanindra</cp:lastModifiedBy>
  <cp:revision>14</cp:revision>
  <dcterms:created xsi:type="dcterms:W3CDTF">2026-11-01T01:34:00Z</dcterms:created>
  <dcterms:modified xsi:type="dcterms:W3CDTF">2026-11-01T04:06:00Z</dcterms:modified>
  <cp:category/>
</cp:coreProperties>
</file>